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编码器全集</w:t>
      </w:r>
    </w:p>
    <w:p>
      <w:r>
        <w:rPr>
          <w:i/>
        </w:rPr>
        <w:t>生成时间: 2026-01-29 17:16:44</w:t>
      </w:r>
    </w:p>
    <w:p>
      <w:r>
        <w:t>本文档汇总了零差云控官网的所有编码器内容，共 7 篇。</w:t>
      </w:r>
    </w:p>
    <w:p>
      <w:r>
        <w:br w:type="page"/>
      </w:r>
    </w:p>
    <w:p>
      <w:pPr>
        <w:pStyle w:val="Heading1"/>
      </w:pPr>
      <w:r>
        <w:t>型号：eCoder11</w:t>
      </w:r>
    </w:p>
    <w:p>
      <w:r>
        <w:rPr>
          <w:i/>
        </w:rPr>
        <w:t>原文链接: https://www.zeroerr.cn/eCoder/eCoder11.html</w:t>
      </w:r>
    </w:p>
    <w:p>
      <w:pPr>
        <w:pStyle w:val="Heading3"/>
      </w:pPr>
      <w:r>
        <w:t>eCoder11</w:t>
      </w:r>
    </w:p>
    <w:p>
      <w:pPr>
        <w:pStyle w:val="Heading3"/>
      </w:pPr>
      <w:r>
        <w:t>绝对值编码器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095625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252ab285f6f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956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产品特点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592049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6f0f761e9f4b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5920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11MM中孔</w:t>
      </w:r>
    </w:p>
    <w:p>
      <w:r>
        <w:t>体积小巧，最厚处仅9.4mm。非接触式、多圈绝对式。可穿过机械结构、线缆、气路等。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2708910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ed23ef7ecfe5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089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19位多圈绝对值</w:t>
      </w:r>
    </w:p>
    <w:p>
      <w:r>
        <w:t>高达19位的分辨率及216计圈圈数</w:t>
      </w:r>
    </w:p>
    <w:p>
      <w:r>
        <w:t>可编程并存储的逐点位置补偿，</w:t>
      </w:r>
    </w:p>
    <w:p>
      <w:r>
        <w:t>使编码器重复定位精度到达前所未有的±15″。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2665828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7dc535daf6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66582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支持多种电机</w:t>
      </w:r>
    </w:p>
    <w:p>
      <w:r>
        <w:t>无磁滞，高达12000RPM容许转速。</w:t>
      </w:r>
    </w:p>
    <w:p>
      <w:r>
        <w:t>支持伺服、直线、DDR、空心杯、音圈电机等；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114800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178b5ad4446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安装方便</w:t>
      </w:r>
    </w:p>
    <w:p>
      <w:r>
        <w:t>安装更便捷，</w:t>
      </w:r>
    </w:p>
    <w:p>
      <w:r>
        <w:t>精度更高更可控。</w:t>
      </w:r>
    </w:p>
    <w:p>
      <w:pPr>
        <w:pStyle w:val="Heading4"/>
      </w:pPr>
      <w:r>
        <w:t>恶劣环境依然适用</w:t>
      </w:r>
    </w:p>
    <w:p>
      <w:r>
        <w:t>• 粉尘</w:t>
      </w:r>
    </w:p>
    <w:p>
      <w:r>
        <w:t>• 重油污</w:t>
      </w:r>
    </w:p>
    <w:p>
      <w:r>
        <w:t>• 高低温</w:t>
      </w:r>
    </w:p>
    <w:p>
      <w:r>
        <w:t>• 复杂电磁环境</w:t>
      </w:r>
    </w:p>
    <w:p>
      <w:r>
        <w:t>• 恶劣环境仍然可靠运行</w:t>
      </w:r>
    </w:p>
    <w:p>
      <w:r>
        <w:t>• 高达0.1mm的装配容许误差。</w:t>
      </w:r>
    </w:p>
    <w:p>
      <w:r>
        <w:t>• 内置EEPROM可编程并保存的零位。</w:t>
      </w:r>
    </w:p>
    <w:p>
      <w:r>
        <w:t>• 精密定位基准，实现快捷并精准的安装。</w:t>
      </w:r>
    </w:p>
    <w:p>
      <w:pPr>
        <w:pStyle w:val="Heading4"/>
      </w:pPr>
      <w:r>
        <w:t>支持RS-485接口协议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1349654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c6abcc2c01c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34965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标准RS485协议，兼容多摩川绝对值编码器</w:t>
      </w:r>
    </w:p>
    <w:p>
      <w:pPr>
        <w:pStyle w:val="Heading4"/>
      </w:pPr>
      <w:r>
        <w:t>产品参数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型号</w:t>
            </w:r>
          </w:p>
        </w:tc>
        <w:tc>
          <w:tcPr>
            <w:tcW w:type="dxa" w:w="4320"/>
          </w:tcPr>
          <w:p>
            <w:r>
              <w:t>eCoder11</w:t>
            </w:r>
          </w:p>
        </w:tc>
      </w:tr>
      <w:tr>
        <w:tc>
          <w:tcPr>
            <w:tcW w:type="dxa" w:w="4320"/>
          </w:tcPr>
          <w:p>
            <w:r>
              <w:t>安装方式</w:t>
            </w:r>
          </w:p>
        </w:tc>
        <w:tc>
          <w:tcPr>
            <w:tcW w:type="dxa" w:w="4320"/>
          </w:tcPr>
          <w:p>
            <w:r>
              <w:t>分体式</w:t>
            </w:r>
          </w:p>
        </w:tc>
      </w:tr>
      <w:tr>
        <w:tc>
          <w:tcPr>
            <w:tcW w:type="dxa" w:w="4320"/>
          </w:tcPr>
          <w:p>
            <w:r>
              <w:t>中空直径</w:t>
            </w:r>
          </w:p>
        </w:tc>
        <w:tc>
          <w:tcPr>
            <w:tcW w:type="dxa" w:w="4320"/>
          </w:tcPr>
          <w:p>
            <w:r>
              <w:t>11mm</w:t>
            </w:r>
          </w:p>
        </w:tc>
      </w:tr>
      <w:tr>
        <w:tc>
          <w:tcPr>
            <w:tcW w:type="dxa" w:w="4320"/>
          </w:tcPr>
          <w:p>
            <w:r>
              <w:t>外径</w:t>
            </w:r>
          </w:p>
        </w:tc>
        <w:tc>
          <w:tcPr>
            <w:tcW w:type="dxa" w:w="4320"/>
          </w:tcPr>
          <w:p>
            <w:r>
              <w:t>30mm</w:t>
            </w:r>
          </w:p>
        </w:tc>
      </w:tr>
      <w:tr>
        <w:tc>
          <w:tcPr>
            <w:tcW w:type="dxa" w:w="4320"/>
          </w:tcPr>
          <w:p>
            <w:r>
              <w:t>厚度</w:t>
            </w:r>
          </w:p>
        </w:tc>
        <w:tc>
          <w:tcPr>
            <w:tcW w:type="dxa" w:w="4320"/>
          </w:tcPr>
          <w:p>
            <w:r>
              <w:t>9.4mm</w:t>
            </w:r>
          </w:p>
        </w:tc>
      </w:tr>
      <w:tr>
        <w:tc>
          <w:tcPr>
            <w:tcW w:type="dxa" w:w="4320"/>
          </w:tcPr>
          <w:p>
            <w:r>
              <w:t>分辨率</w:t>
            </w:r>
          </w:p>
        </w:tc>
        <w:tc>
          <w:tcPr>
            <w:tcW w:type="dxa" w:w="4320"/>
          </w:tcPr>
          <w:p>
            <w:r>
              <w:t>19Bits</w:t>
            </w:r>
          </w:p>
        </w:tc>
      </w:tr>
      <w:tr>
        <w:tc>
          <w:tcPr>
            <w:tcW w:type="dxa" w:w="4320"/>
          </w:tcPr>
          <w:p>
            <w:r>
              <w:t>重复定位精度</w:t>
            </w:r>
          </w:p>
        </w:tc>
        <w:tc>
          <w:tcPr>
            <w:tcW w:type="dxa" w:w="4320"/>
          </w:tcPr>
          <w:p>
            <w:r>
              <w:t>±15＂</w:t>
            </w:r>
          </w:p>
        </w:tc>
      </w:tr>
      <w:tr>
        <w:tc>
          <w:tcPr>
            <w:tcW w:type="dxa" w:w="4320"/>
          </w:tcPr>
          <w:p>
            <w:r>
              <w:t>最大绝对误差</w:t>
            </w:r>
          </w:p>
        </w:tc>
        <w:tc>
          <w:tcPr>
            <w:tcW w:type="dxa" w:w="4320"/>
          </w:tcPr>
          <w:p>
            <w:r>
              <w:t>&lt;0.1°</w:t>
            </w:r>
          </w:p>
        </w:tc>
      </w:tr>
      <w:tr>
        <w:tc>
          <w:tcPr>
            <w:tcW w:type="dxa" w:w="4320"/>
          </w:tcPr>
          <w:p>
            <w:r>
              <w:t>位置更新频率</w:t>
            </w:r>
          </w:p>
        </w:tc>
        <w:tc>
          <w:tcPr>
            <w:tcW w:type="dxa" w:w="4320"/>
          </w:tcPr>
          <w:p>
            <w:r>
              <w:t>&gt;50KHz</w:t>
            </w:r>
          </w:p>
        </w:tc>
      </w:tr>
      <w:tr>
        <w:tc>
          <w:tcPr>
            <w:tcW w:type="dxa" w:w="4320"/>
          </w:tcPr>
          <w:p>
            <w:r>
              <w:t>接口协议</w:t>
            </w:r>
          </w:p>
        </w:tc>
        <w:tc>
          <w:tcPr>
            <w:tcW w:type="dxa" w:w="4320"/>
          </w:tcPr>
          <w:p>
            <w:r>
              <w:t>RS485</w:t>
            </w:r>
          </w:p>
        </w:tc>
      </w:tr>
      <w:tr>
        <w:tc>
          <w:tcPr>
            <w:tcW w:type="dxa" w:w="4320"/>
          </w:tcPr>
          <w:p>
            <w:r>
              <w:t>接口设计</w:t>
            </w:r>
          </w:p>
        </w:tc>
        <w:tc>
          <w:tcPr>
            <w:tcW w:type="dxa" w:w="4320"/>
          </w:tcPr>
          <w:p>
            <w:r>
              <w:t>全差分接口设计，抗干扰能力强</w:t>
            </w:r>
          </w:p>
        </w:tc>
      </w:tr>
    </w:tbl>
    <w:p>
      <w:pPr>
        <w:pStyle w:val="Heading4"/>
      </w:pPr>
      <w:r>
        <w:t>产品型号</w:t>
      </w:r>
    </w:p>
    <w:p>
      <w:r>
        <w:t>• 产品系列eCoder零差云控编码器系列</w:t>
      </w:r>
    </w:p>
    <w:p>
      <w:r>
        <w:t>• 编码器尺寸1111内径11mm，外径30mm18内径18mm，外径33.5mm20内径20mm，外径33.5mm35内径35mm，外径55mm35H内径35mm，外径55mm45内径45mm，外径64mm65内径65mm，外径84mm内径11mm，外径30mm</w:t>
      </w:r>
    </w:p>
    <w:p>
      <w:r>
        <w:t>• 码盘类型SS单圈绝对值M多圈绝对值单圈绝对值</w:t>
      </w:r>
    </w:p>
    <w:p>
      <w:r>
        <w:t>• 通信类型RRRS485串口通信RS485串口通信</w:t>
      </w:r>
    </w:p>
    <w:p>
      <w:r>
        <w:t>• 分辨率19B17B17位分辨率18B18位分辨率19B19位分辨率20B20位分辨率21B21位分辨率19位分辨率</w:t>
      </w:r>
    </w:p>
    <w:p>
      <w:pPr>
        <w:pStyle w:val="Heading3"/>
      </w:pPr>
      <w:r>
        <w:t>产品型号参数剖析</w:t>
      </w:r>
    </w:p>
    <w:p>
      <w:pPr>
        <w:pStyle w:val="Heading5"/>
      </w:pPr>
      <w:r>
        <w:t>（以eCoder11S-R19B为例）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>
        <w:tc>
          <w:tcPr>
            <w:tcW w:type="dxa" w:w="617"/>
          </w:tcPr>
          <w:p>
            <w:r>
              <w:t>eCoder</w:t>
            </w:r>
          </w:p>
        </w:tc>
        <w:tc>
          <w:tcPr>
            <w:tcW w:type="dxa" w:w="617"/>
          </w:tcPr>
          <w:p>
            <w:r>
              <w:t>本公司在售编码器系列产品命名的前缀。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11</w:t>
            </w:r>
          </w:p>
        </w:tc>
        <w:tc>
          <w:tcPr>
            <w:tcW w:type="dxa" w:w="617"/>
          </w:tcPr>
          <w:p>
            <w:r>
              <w:t>指编码器中间的通孔直径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S</w:t>
            </w:r>
          </w:p>
        </w:tc>
        <w:tc>
          <w:tcPr>
            <w:tcW w:type="dxa" w:w="617"/>
          </w:tcPr>
          <w:p>
            <w:r>
              <w:t>多圈绝对值编码器（M）可在未通电的情况下持续记录运行角度，多圈功能需要电池并在包装内提供；单圈编码器（S）的在启动时，只能提供输出端的角度绝对值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R</w:t>
            </w:r>
          </w:p>
        </w:tc>
        <w:tc>
          <w:tcPr>
            <w:tcW w:type="dxa" w:w="617"/>
          </w:tcPr>
          <w:p>
            <w:r>
              <w:t>编码器与关节的通信类型R表示采用RS485串口通信通信协议详见手册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即表示编码器的分辨率分辨率支持型号17B支持全部型号18B支持全部型号19B支持全部型号20B支持eCoder35/45/65/35H21B仅支持eCoder35H</w:t>
            </w:r>
          </w:p>
        </w:tc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</w:tr>
      <w:tr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</w:tbl>
    <w:p>
      <w:pPr>
        <w:pStyle w:val="Heading2"/>
      </w:pPr>
      <w:r>
        <w:t>型号：eCoder11</w:t>
      </w:r>
    </w:p>
    <w:p>
      <w:pPr>
        <w:pStyle w:val="Heading3"/>
      </w:pPr>
      <w:r>
        <w:t>eCoder11</w:t>
      </w:r>
    </w:p>
    <w:p>
      <w:pPr>
        <w:pStyle w:val="Heading3"/>
      </w:pPr>
      <w:r>
        <w:t>绝对值编码器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095625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252ab285f6f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956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产品特点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592049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6f0f761e9f4b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5920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11MM中孔</w:t>
      </w:r>
    </w:p>
    <w:p>
      <w:r>
        <w:t>体积小巧，最厚处仅9.4mm。非接触式、多圈绝对式。可穿过机械结构、线缆、气路等。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2708910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ed23ef7ecfe5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089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19位多圈绝对值</w:t>
      </w:r>
    </w:p>
    <w:p>
      <w:r>
        <w:t>高达19位的分辨率及216计圈圈数</w:t>
      </w:r>
    </w:p>
    <w:p>
      <w:r>
        <w:t>可编程并存储的逐点位置补偿，</w:t>
      </w:r>
    </w:p>
    <w:p>
      <w:r>
        <w:t>使编码器重复定位精度到达前所未有的±15″。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2665828"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7dc535daf6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66582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支持多种电机</w:t>
      </w:r>
    </w:p>
    <w:p>
      <w:r>
        <w:t>无磁滞，高达12000RPM容许转速。</w:t>
      </w:r>
    </w:p>
    <w:p>
      <w:r>
        <w:t>支持伺服、直线、DDR、空心杯、音圈电机等；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114800"/>
            <wp:docPr id="11" name="Picture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178b5ad4446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安装方便</w:t>
      </w:r>
    </w:p>
    <w:p>
      <w:r>
        <w:t>安装更便捷，</w:t>
      </w:r>
    </w:p>
    <w:p>
      <w:r>
        <w:t>精度更高更可控。</w:t>
      </w:r>
    </w:p>
    <w:p>
      <w:pPr>
        <w:pStyle w:val="Heading4"/>
      </w:pPr>
      <w:r>
        <w:t>恶劣环境依然适用</w:t>
      </w:r>
    </w:p>
    <w:p>
      <w:r>
        <w:t>• 粉尘</w:t>
      </w:r>
    </w:p>
    <w:p>
      <w:r>
        <w:t>• 重油污</w:t>
      </w:r>
    </w:p>
    <w:p>
      <w:r>
        <w:t>• 高低温</w:t>
      </w:r>
    </w:p>
    <w:p>
      <w:r>
        <w:t>• 复杂电磁环境</w:t>
      </w:r>
    </w:p>
    <w:p>
      <w:r>
        <w:t>• 恶劣环境仍然可靠运行</w:t>
      </w:r>
    </w:p>
    <w:p>
      <w:r>
        <w:t>• 高达0.1mm的装配容许误差。</w:t>
      </w:r>
    </w:p>
    <w:p>
      <w:r>
        <w:t>• 内置EEPROM可编程并保存的零位。</w:t>
      </w:r>
    </w:p>
    <w:p>
      <w:r>
        <w:t>• 精密定位基准，实现快捷并精准的安装。</w:t>
      </w:r>
    </w:p>
    <w:p>
      <w:pPr>
        <w:pStyle w:val="Heading4"/>
      </w:pPr>
      <w:r>
        <w:t>支持RS-485接口协议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1349654"/>
            <wp:docPr id="12" name="Picture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c6abcc2c01c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34965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标准RS485协议，兼容多摩川绝对值编码器</w:t>
      </w:r>
    </w:p>
    <w:p>
      <w:pPr>
        <w:pStyle w:val="Heading4"/>
      </w:pPr>
      <w:r>
        <w:t>产品参数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型号</w:t>
            </w:r>
          </w:p>
        </w:tc>
        <w:tc>
          <w:tcPr>
            <w:tcW w:type="dxa" w:w="4320"/>
          </w:tcPr>
          <w:p>
            <w:r>
              <w:t>eCoder11</w:t>
            </w:r>
          </w:p>
        </w:tc>
      </w:tr>
      <w:tr>
        <w:tc>
          <w:tcPr>
            <w:tcW w:type="dxa" w:w="4320"/>
          </w:tcPr>
          <w:p>
            <w:r>
              <w:t>安装方式</w:t>
            </w:r>
          </w:p>
        </w:tc>
        <w:tc>
          <w:tcPr>
            <w:tcW w:type="dxa" w:w="4320"/>
          </w:tcPr>
          <w:p>
            <w:r>
              <w:t>分体式</w:t>
            </w:r>
          </w:p>
        </w:tc>
      </w:tr>
      <w:tr>
        <w:tc>
          <w:tcPr>
            <w:tcW w:type="dxa" w:w="4320"/>
          </w:tcPr>
          <w:p>
            <w:r>
              <w:t>中空直径</w:t>
            </w:r>
          </w:p>
        </w:tc>
        <w:tc>
          <w:tcPr>
            <w:tcW w:type="dxa" w:w="4320"/>
          </w:tcPr>
          <w:p>
            <w:r>
              <w:t>11mm</w:t>
            </w:r>
          </w:p>
        </w:tc>
      </w:tr>
      <w:tr>
        <w:tc>
          <w:tcPr>
            <w:tcW w:type="dxa" w:w="4320"/>
          </w:tcPr>
          <w:p>
            <w:r>
              <w:t>外径</w:t>
            </w:r>
          </w:p>
        </w:tc>
        <w:tc>
          <w:tcPr>
            <w:tcW w:type="dxa" w:w="4320"/>
          </w:tcPr>
          <w:p>
            <w:r>
              <w:t>30mm</w:t>
            </w:r>
          </w:p>
        </w:tc>
      </w:tr>
      <w:tr>
        <w:tc>
          <w:tcPr>
            <w:tcW w:type="dxa" w:w="4320"/>
          </w:tcPr>
          <w:p>
            <w:r>
              <w:t>厚度</w:t>
            </w:r>
          </w:p>
        </w:tc>
        <w:tc>
          <w:tcPr>
            <w:tcW w:type="dxa" w:w="4320"/>
          </w:tcPr>
          <w:p>
            <w:r>
              <w:t>9.4mm</w:t>
            </w:r>
          </w:p>
        </w:tc>
      </w:tr>
      <w:tr>
        <w:tc>
          <w:tcPr>
            <w:tcW w:type="dxa" w:w="4320"/>
          </w:tcPr>
          <w:p>
            <w:r>
              <w:t>分辨率</w:t>
            </w:r>
          </w:p>
        </w:tc>
        <w:tc>
          <w:tcPr>
            <w:tcW w:type="dxa" w:w="4320"/>
          </w:tcPr>
          <w:p>
            <w:r>
              <w:t>19Bits</w:t>
            </w:r>
          </w:p>
        </w:tc>
      </w:tr>
      <w:tr>
        <w:tc>
          <w:tcPr>
            <w:tcW w:type="dxa" w:w="4320"/>
          </w:tcPr>
          <w:p>
            <w:r>
              <w:t>重复定位精度</w:t>
            </w:r>
          </w:p>
        </w:tc>
        <w:tc>
          <w:tcPr>
            <w:tcW w:type="dxa" w:w="4320"/>
          </w:tcPr>
          <w:p>
            <w:r>
              <w:t>±15＂</w:t>
            </w:r>
          </w:p>
        </w:tc>
      </w:tr>
      <w:tr>
        <w:tc>
          <w:tcPr>
            <w:tcW w:type="dxa" w:w="4320"/>
          </w:tcPr>
          <w:p>
            <w:r>
              <w:t>最大绝对误差</w:t>
            </w:r>
          </w:p>
        </w:tc>
        <w:tc>
          <w:tcPr>
            <w:tcW w:type="dxa" w:w="4320"/>
          </w:tcPr>
          <w:p>
            <w:r>
              <w:t>&lt;0.1°</w:t>
            </w:r>
          </w:p>
        </w:tc>
      </w:tr>
      <w:tr>
        <w:tc>
          <w:tcPr>
            <w:tcW w:type="dxa" w:w="4320"/>
          </w:tcPr>
          <w:p>
            <w:r>
              <w:t>位置更新频率</w:t>
            </w:r>
          </w:p>
        </w:tc>
        <w:tc>
          <w:tcPr>
            <w:tcW w:type="dxa" w:w="4320"/>
          </w:tcPr>
          <w:p>
            <w:r>
              <w:t>&gt;50KHz</w:t>
            </w:r>
          </w:p>
        </w:tc>
      </w:tr>
      <w:tr>
        <w:tc>
          <w:tcPr>
            <w:tcW w:type="dxa" w:w="4320"/>
          </w:tcPr>
          <w:p>
            <w:r>
              <w:t>接口协议</w:t>
            </w:r>
          </w:p>
        </w:tc>
        <w:tc>
          <w:tcPr>
            <w:tcW w:type="dxa" w:w="4320"/>
          </w:tcPr>
          <w:p>
            <w:r>
              <w:t>RS485</w:t>
            </w:r>
          </w:p>
        </w:tc>
      </w:tr>
      <w:tr>
        <w:tc>
          <w:tcPr>
            <w:tcW w:type="dxa" w:w="4320"/>
          </w:tcPr>
          <w:p>
            <w:r>
              <w:t>接口设计</w:t>
            </w:r>
          </w:p>
        </w:tc>
        <w:tc>
          <w:tcPr>
            <w:tcW w:type="dxa" w:w="4320"/>
          </w:tcPr>
          <w:p>
            <w:r>
              <w:t>全差分接口设计，抗干扰能力强</w:t>
            </w:r>
          </w:p>
        </w:tc>
      </w:tr>
    </w:tbl>
    <w:p>
      <w:pPr>
        <w:pStyle w:val="Heading4"/>
      </w:pPr>
      <w:r>
        <w:t>产品型号</w:t>
      </w:r>
    </w:p>
    <w:p>
      <w:r>
        <w:t>• 产品系列eCoder零差云控编码器系列</w:t>
      </w:r>
    </w:p>
    <w:p>
      <w:r>
        <w:t>• 编码器尺寸1111内径11mm，外径30mm18内径18mm，外径33.5mm20内径20mm，外径33.5mm35内径35mm，外径55mm35H内径35mm，外径55mm45内径45mm，外径64mm65内径65mm，外径84mm内径11mm，外径30mm</w:t>
      </w:r>
    </w:p>
    <w:p>
      <w:r>
        <w:t>• 码盘类型SS单圈绝对值M多圈绝对值单圈绝对值</w:t>
      </w:r>
    </w:p>
    <w:p>
      <w:r>
        <w:t>• 通信类型RRRS485串口通信RS485串口通信</w:t>
      </w:r>
    </w:p>
    <w:p>
      <w:r>
        <w:t>• 分辨率19B17B17位分辨率18B18位分辨率19B19位分辨率20B20位分辨率21B21位分辨率19位分辨率</w:t>
      </w:r>
    </w:p>
    <w:p>
      <w:pPr>
        <w:pStyle w:val="Heading3"/>
      </w:pPr>
      <w:r>
        <w:t>产品型号参数剖析</w:t>
      </w:r>
    </w:p>
    <w:p>
      <w:pPr>
        <w:pStyle w:val="Heading5"/>
      </w:pPr>
      <w:r>
        <w:t>（以eCoder11S-R19B为例）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>
        <w:tc>
          <w:tcPr>
            <w:tcW w:type="dxa" w:w="617"/>
          </w:tcPr>
          <w:p>
            <w:r>
              <w:t>eCoder</w:t>
            </w:r>
          </w:p>
        </w:tc>
        <w:tc>
          <w:tcPr>
            <w:tcW w:type="dxa" w:w="617"/>
          </w:tcPr>
          <w:p>
            <w:r>
              <w:t>本公司在售编码器系列产品命名的前缀。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11</w:t>
            </w:r>
          </w:p>
        </w:tc>
        <w:tc>
          <w:tcPr>
            <w:tcW w:type="dxa" w:w="617"/>
          </w:tcPr>
          <w:p>
            <w:r>
              <w:t>指编码器中间的通孔直径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S</w:t>
            </w:r>
          </w:p>
        </w:tc>
        <w:tc>
          <w:tcPr>
            <w:tcW w:type="dxa" w:w="617"/>
          </w:tcPr>
          <w:p>
            <w:r>
              <w:t>多圈绝对值编码器（M）可在未通电的情况下持续记录运行角度，多圈功能需要电池并在包装内提供；单圈编码器（S）的在启动时，只能提供输出端的角度绝对值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R</w:t>
            </w:r>
          </w:p>
        </w:tc>
        <w:tc>
          <w:tcPr>
            <w:tcW w:type="dxa" w:w="617"/>
          </w:tcPr>
          <w:p>
            <w:r>
              <w:t>编码器与关节的通信类型R表示采用RS485串口通信通信协议详见手册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即表示编码器的分辨率分辨率支持型号17B支持全部型号18B支持全部型号19B支持全部型号20B支持eCoder35/45/65/35H21B仅支持eCoder35H</w:t>
            </w:r>
          </w:p>
        </w:tc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</w:tr>
      <w:tr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</w:tbl>
    <w:p>
      <w:pPr>
        <w:pStyle w:val="Heading3"/>
      </w:pPr>
      <w:r>
        <w:t>资料下载</w:t>
      </w:r>
    </w:p>
    <w:p>
      <w:r>
        <w:t>• eCoder编码器手册eCoder11_2D安装图纸eCoder11_3D模型产品使用资料下载</w:t>
      </w:r>
    </w:p>
    <w:p>
      <w:pPr>
        <w:pStyle w:val="Heading3"/>
      </w:pPr>
      <w:r>
        <w:t>联系我们</w:t>
      </w:r>
    </w:p>
    <w:p>
      <w:r>
        <w:t>售前咨询：电话：134 8079 6208邮箱：sales@zeroerr.com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033800"/>
            <wp:docPr id="13" name="Picture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4ecaec1150a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033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1"/>
      </w:pPr>
      <w:r>
        <w:t>型号：eCoder18</w:t>
      </w:r>
    </w:p>
    <w:p>
      <w:r>
        <w:rPr>
          <w:i/>
        </w:rPr>
        <w:t>原文链接: https://www.zeroerr.cn/eCoder/eCoder18.html</w:t>
      </w:r>
    </w:p>
    <w:p>
      <w:pPr>
        <w:pStyle w:val="Heading3"/>
      </w:pPr>
      <w:r>
        <w:t>eCoder18</w:t>
      </w:r>
    </w:p>
    <w:p>
      <w:pPr>
        <w:pStyle w:val="Heading3"/>
      </w:pPr>
      <w:r>
        <w:t>绝对值编码器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095625"/>
            <wp:docPr id="14" name="Picture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72b449065e2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956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产品特点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592049"/>
            <wp:docPr id="15" name="Picture 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fc9815c9822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5920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18MM中孔</w:t>
      </w:r>
    </w:p>
    <w:p>
      <w:r>
        <w:t>体积小巧，最厚处仅9mm。非接触式、多圈绝对式。可穿过机械结构、线缆、气路等。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2708910"/>
            <wp:docPr id="16" name="Picture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55a27104befa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089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19位多圈绝对值</w:t>
      </w:r>
    </w:p>
    <w:p>
      <w:r>
        <w:t>高达19位的分辨率及240计圈圈数</w:t>
      </w:r>
    </w:p>
    <w:p>
      <w:r>
        <w:t>可编程并存储的逐点位置补偿，</w:t>
      </w:r>
    </w:p>
    <w:p>
      <w:r>
        <w:t>使编码器重复定位精度到达前所未有的±10″。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2665828"/>
            <wp:docPr id="17" name="Picture 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7dc535daf6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66582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支持多种电机</w:t>
      </w:r>
    </w:p>
    <w:p>
      <w:r>
        <w:t>无磁滞，高达12000RPM容许转速。</w:t>
      </w:r>
    </w:p>
    <w:p>
      <w:r>
        <w:t>支持伺服、直线、DDR、空心杯、音圈电机等；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114800"/>
            <wp:docPr id="18" name="Picture 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336a81d5da2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安装方便</w:t>
      </w:r>
    </w:p>
    <w:p>
      <w:r>
        <w:t>码盘自带内螺纹，</w:t>
      </w:r>
    </w:p>
    <w:p>
      <w:r>
        <w:t>安装更便捷，</w:t>
      </w:r>
    </w:p>
    <w:p>
      <w:r>
        <w:t>精度更高更可控。</w:t>
      </w:r>
    </w:p>
    <w:p>
      <w:pPr>
        <w:pStyle w:val="Heading4"/>
      </w:pPr>
      <w:r>
        <w:t>恶劣环境依然适用</w:t>
      </w:r>
    </w:p>
    <w:p>
      <w:r>
        <w:t>• 粉尘</w:t>
      </w:r>
    </w:p>
    <w:p>
      <w:r>
        <w:t>• 重油污</w:t>
      </w:r>
    </w:p>
    <w:p>
      <w:r>
        <w:t>• 高低温</w:t>
      </w:r>
    </w:p>
    <w:p>
      <w:r>
        <w:t>• 复杂电磁环境</w:t>
      </w:r>
    </w:p>
    <w:p>
      <w:r>
        <w:t>• 恶劣环境仍然可靠运行</w:t>
      </w:r>
    </w:p>
    <w:p>
      <w:r>
        <w:t>• 高达0.1mm的装配容许误差。</w:t>
      </w:r>
    </w:p>
    <w:p>
      <w:r>
        <w:t>• 内置EEPROM可编程并保存的零位。</w:t>
      </w:r>
    </w:p>
    <w:p>
      <w:r>
        <w:t>• 精密定位基准，实现快捷并精准的安装。</w:t>
      </w:r>
    </w:p>
    <w:p>
      <w:pPr>
        <w:pStyle w:val="Heading4"/>
      </w:pPr>
      <w:r>
        <w:t>支持RS-485接口协议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1349654"/>
            <wp:docPr id="19" name="Picture 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c6abcc2c01c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34965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标准RS485协议，兼容多摩川绝对值编码器</w:t>
      </w:r>
    </w:p>
    <w:p>
      <w:pPr>
        <w:pStyle w:val="Heading4"/>
      </w:pPr>
      <w:r>
        <w:t>产品参数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型号</w:t>
            </w:r>
          </w:p>
        </w:tc>
        <w:tc>
          <w:tcPr>
            <w:tcW w:type="dxa" w:w="4320"/>
          </w:tcPr>
          <w:p>
            <w:r>
              <w:t>eCoder18</w:t>
            </w:r>
          </w:p>
        </w:tc>
      </w:tr>
      <w:tr>
        <w:tc>
          <w:tcPr>
            <w:tcW w:type="dxa" w:w="4320"/>
          </w:tcPr>
          <w:p>
            <w:r>
              <w:t>安装方式</w:t>
            </w:r>
          </w:p>
        </w:tc>
        <w:tc>
          <w:tcPr>
            <w:tcW w:type="dxa" w:w="4320"/>
          </w:tcPr>
          <w:p>
            <w:r>
              <w:t>分体式</w:t>
            </w:r>
          </w:p>
        </w:tc>
      </w:tr>
      <w:tr>
        <w:tc>
          <w:tcPr>
            <w:tcW w:type="dxa" w:w="4320"/>
          </w:tcPr>
          <w:p>
            <w:r>
              <w:t>中空直径</w:t>
            </w:r>
          </w:p>
        </w:tc>
        <w:tc>
          <w:tcPr>
            <w:tcW w:type="dxa" w:w="4320"/>
          </w:tcPr>
          <w:p>
            <w:r>
              <w:t>18mm</w:t>
            </w:r>
          </w:p>
        </w:tc>
      </w:tr>
      <w:tr>
        <w:tc>
          <w:tcPr>
            <w:tcW w:type="dxa" w:w="4320"/>
          </w:tcPr>
          <w:p>
            <w:r>
              <w:t>外径</w:t>
            </w:r>
          </w:p>
        </w:tc>
        <w:tc>
          <w:tcPr>
            <w:tcW w:type="dxa" w:w="4320"/>
          </w:tcPr>
          <w:p>
            <w:r>
              <w:t>33.5mm</w:t>
            </w:r>
          </w:p>
        </w:tc>
      </w:tr>
      <w:tr>
        <w:tc>
          <w:tcPr>
            <w:tcW w:type="dxa" w:w="4320"/>
          </w:tcPr>
          <w:p>
            <w:r>
              <w:t>厚度</w:t>
            </w:r>
          </w:p>
        </w:tc>
        <w:tc>
          <w:tcPr>
            <w:tcW w:type="dxa" w:w="4320"/>
          </w:tcPr>
          <w:p>
            <w:r>
              <w:t>15.1mm</w:t>
            </w:r>
          </w:p>
        </w:tc>
      </w:tr>
      <w:tr>
        <w:tc>
          <w:tcPr>
            <w:tcW w:type="dxa" w:w="4320"/>
          </w:tcPr>
          <w:p>
            <w:r>
              <w:t>分辨率</w:t>
            </w:r>
          </w:p>
        </w:tc>
        <w:tc>
          <w:tcPr>
            <w:tcW w:type="dxa" w:w="4320"/>
          </w:tcPr>
          <w:p>
            <w:r>
              <w:t>19Bits</w:t>
            </w:r>
          </w:p>
        </w:tc>
      </w:tr>
      <w:tr>
        <w:tc>
          <w:tcPr>
            <w:tcW w:type="dxa" w:w="4320"/>
          </w:tcPr>
          <w:p>
            <w:r>
              <w:t>重复定位精度</w:t>
            </w:r>
          </w:p>
        </w:tc>
        <w:tc>
          <w:tcPr>
            <w:tcW w:type="dxa" w:w="4320"/>
          </w:tcPr>
          <w:p>
            <w:r>
              <w:t>±10＂</w:t>
            </w:r>
          </w:p>
        </w:tc>
      </w:tr>
      <w:tr>
        <w:tc>
          <w:tcPr>
            <w:tcW w:type="dxa" w:w="4320"/>
          </w:tcPr>
          <w:p>
            <w:r>
              <w:t>最大绝对误差</w:t>
            </w:r>
          </w:p>
        </w:tc>
        <w:tc>
          <w:tcPr>
            <w:tcW w:type="dxa" w:w="4320"/>
          </w:tcPr>
          <w:p>
            <w:r>
              <w:t>&lt;0.06°</w:t>
            </w:r>
          </w:p>
        </w:tc>
      </w:tr>
      <w:tr>
        <w:tc>
          <w:tcPr>
            <w:tcW w:type="dxa" w:w="4320"/>
          </w:tcPr>
          <w:p>
            <w:r>
              <w:t>位置更新频率</w:t>
            </w:r>
          </w:p>
        </w:tc>
        <w:tc>
          <w:tcPr>
            <w:tcW w:type="dxa" w:w="4320"/>
          </w:tcPr>
          <w:p>
            <w:r>
              <w:t>&gt;50KHz</w:t>
            </w:r>
          </w:p>
        </w:tc>
      </w:tr>
      <w:tr>
        <w:tc>
          <w:tcPr>
            <w:tcW w:type="dxa" w:w="4320"/>
          </w:tcPr>
          <w:p>
            <w:r>
              <w:t>接口协议</w:t>
            </w:r>
          </w:p>
        </w:tc>
        <w:tc>
          <w:tcPr>
            <w:tcW w:type="dxa" w:w="4320"/>
          </w:tcPr>
          <w:p>
            <w:r>
              <w:t>RS485</w:t>
            </w:r>
          </w:p>
        </w:tc>
      </w:tr>
      <w:tr>
        <w:tc>
          <w:tcPr>
            <w:tcW w:type="dxa" w:w="4320"/>
          </w:tcPr>
          <w:p>
            <w:r>
              <w:t>接口设计</w:t>
            </w:r>
          </w:p>
        </w:tc>
        <w:tc>
          <w:tcPr>
            <w:tcW w:type="dxa" w:w="4320"/>
          </w:tcPr>
          <w:p>
            <w:r>
              <w:t>全差分接口设计，抗干扰能力强</w:t>
            </w:r>
          </w:p>
        </w:tc>
      </w:tr>
    </w:tbl>
    <w:p>
      <w:pPr>
        <w:pStyle w:val="Heading4"/>
      </w:pPr>
      <w:r>
        <w:t>产品型号</w:t>
      </w:r>
    </w:p>
    <w:p>
      <w:r>
        <w:t>• 产品系列eCoder零差云控编码器系列</w:t>
      </w:r>
    </w:p>
    <w:p>
      <w:r>
        <w:t>• 编码器尺寸1811内径11mm，外径30mm18内径18mm，外径33.5mm20内径20mm，外径33.5mm35内径35mm，外径55mm35H内径35mm，外径55mm45内径45mm，外径64mm65内径65mm，外径84mm内径18mm,外径33.5mm</w:t>
      </w:r>
    </w:p>
    <w:p>
      <w:r>
        <w:t>• 码盘类型SS单圈绝对值M多圈绝对值单圈绝对值</w:t>
      </w:r>
    </w:p>
    <w:p>
      <w:r>
        <w:t>• 通信类型RRRS485串口通信RS485串口通信</w:t>
      </w:r>
    </w:p>
    <w:p>
      <w:r>
        <w:t>• 分辨率18B17B17位分辨率18B18位分辨率19B19位分辨率20B20位分辨率21B21位分辨率18位分辨率</w:t>
      </w:r>
    </w:p>
    <w:p>
      <w:pPr>
        <w:pStyle w:val="Heading3"/>
      </w:pPr>
      <w:r>
        <w:t>产品型号参数剖析</w:t>
      </w:r>
    </w:p>
    <w:p>
      <w:pPr>
        <w:pStyle w:val="Heading5"/>
      </w:pPr>
      <w:r>
        <w:t>（以eCoder18S-R18B为例）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>
        <w:tc>
          <w:tcPr>
            <w:tcW w:type="dxa" w:w="617"/>
          </w:tcPr>
          <w:p>
            <w:r>
              <w:t>eCoder</w:t>
            </w:r>
          </w:p>
        </w:tc>
        <w:tc>
          <w:tcPr>
            <w:tcW w:type="dxa" w:w="617"/>
          </w:tcPr>
          <w:p>
            <w:r>
              <w:t>本公司在售编码器系列产品命名的前缀。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</w:t>
            </w:r>
          </w:p>
        </w:tc>
        <w:tc>
          <w:tcPr>
            <w:tcW w:type="dxa" w:w="617"/>
          </w:tcPr>
          <w:p>
            <w:r>
              <w:t>指编码器中间的通孔直径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S</w:t>
            </w:r>
          </w:p>
        </w:tc>
        <w:tc>
          <w:tcPr>
            <w:tcW w:type="dxa" w:w="617"/>
          </w:tcPr>
          <w:p>
            <w:r>
              <w:t>多圈绝对值编码器（M）可在未通电的情况下持续记录运行角度，多圈功能需要电池并在包装内提供；单圈编码器（S）的在启动时，只能提供输出端的角度绝对值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R</w:t>
            </w:r>
          </w:p>
        </w:tc>
        <w:tc>
          <w:tcPr>
            <w:tcW w:type="dxa" w:w="617"/>
          </w:tcPr>
          <w:p>
            <w:r>
              <w:t>编码器与关节的通信类型R表示采用RS485串口通信通信协议详见手册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即表示编码器的分辨率分辨率支持型号17B支持全部型号18B支持全部型号19B支持全部型号20B支持eCoder35/45/65/35H21B仅支持eCoder35H</w:t>
            </w:r>
          </w:p>
        </w:tc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</w:tr>
      <w:tr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</w:tbl>
    <w:p>
      <w:pPr>
        <w:pStyle w:val="Heading2"/>
      </w:pPr>
      <w:r>
        <w:t>型号：eCoder18</w:t>
      </w:r>
    </w:p>
    <w:p>
      <w:pPr>
        <w:pStyle w:val="Heading3"/>
      </w:pPr>
      <w:r>
        <w:t>eCoder18</w:t>
      </w:r>
    </w:p>
    <w:p>
      <w:pPr>
        <w:pStyle w:val="Heading3"/>
      </w:pPr>
      <w:r>
        <w:t>绝对值编码器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095625"/>
            <wp:docPr id="20" name="Picture 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72b449065e2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956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产品特点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592049"/>
            <wp:docPr id="21" name="Picture 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fc9815c9822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5920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18MM中孔</w:t>
      </w:r>
    </w:p>
    <w:p>
      <w:r>
        <w:t>体积小巧，最厚处仅9mm。非接触式、多圈绝对式。可穿过机械结构、线缆、气路等。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2708910"/>
            <wp:docPr id="22" name="Picture 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55a27104befa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089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19位多圈绝对值</w:t>
      </w:r>
    </w:p>
    <w:p>
      <w:r>
        <w:t>高达19位的分辨率及240计圈圈数</w:t>
      </w:r>
    </w:p>
    <w:p>
      <w:r>
        <w:t>可编程并存储的逐点位置补偿，</w:t>
      </w:r>
    </w:p>
    <w:p>
      <w:r>
        <w:t>使编码器重复定位精度到达前所未有的±10″。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2665828"/>
            <wp:docPr id="23" name="Picture 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7dc535daf6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66582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支持多种电机</w:t>
      </w:r>
    </w:p>
    <w:p>
      <w:r>
        <w:t>无磁滞，高达12000RPM容许转速。</w:t>
      </w:r>
    </w:p>
    <w:p>
      <w:r>
        <w:t>支持伺服、直线、DDR、空心杯、音圈电机等；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114800"/>
            <wp:docPr id="24" name="Picture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336a81d5da2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安装方便</w:t>
      </w:r>
    </w:p>
    <w:p>
      <w:r>
        <w:t>码盘自带内螺纹，</w:t>
      </w:r>
    </w:p>
    <w:p>
      <w:r>
        <w:t>安装更便捷，</w:t>
      </w:r>
    </w:p>
    <w:p>
      <w:r>
        <w:t>精度更高更可控。</w:t>
      </w:r>
    </w:p>
    <w:p>
      <w:pPr>
        <w:pStyle w:val="Heading4"/>
      </w:pPr>
      <w:r>
        <w:t>恶劣环境依然适用</w:t>
      </w:r>
    </w:p>
    <w:p>
      <w:r>
        <w:t>• 粉尘</w:t>
      </w:r>
    </w:p>
    <w:p>
      <w:r>
        <w:t>• 重油污</w:t>
      </w:r>
    </w:p>
    <w:p>
      <w:r>
        <w:t>• 高低温</w:t>
      </w:r>
    </w:p>
    <w:p>
      <w:r>
        <w:t>• 复杂电磁环境</w:t>
      </w:r>
    </w:p>
    <w:p>
      <w:r>
        <w:t>• 恶劣环境仍然可靠运行</w:t>
      </w:r>
    </w:p>
    <w:p>
      <w:r>
        <w:t>• 高达0.1mm的装配容许误差。</w:t>
      </w:r>
    </w:p>
    <w:p>
      <w:r>
        <w:t>• 内置EEPROM可编程并保存的零位。</w:t>
      </w:r>
    </w:p>
    <w:p>
      <w:r>
        <w:t>• 精密定位基准，实现快捷并精准的安装。</w:t>
      </w:r>
    </w:p>
    <w:p>
      <w:pPr>
        <w:pStyle w:val="Heading4"/>
      </w:pPr>
      <w:r>
        <w:t>支持RS-485接口协议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1349654"/>
            <wp:docPr id="25" name="Picture 2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c6abcc2c01c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34965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标准RS485协议，兼容多摩川绝对值编码器</w:t>
      </w:r>
    </w:p>
    <w:p>
      <w:pPr>
        <w:pStyle w:val="Heading4"/>
      </w:pPr>
      <w:r>
        <w:t>产品参数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型号</w:t>
            </w:r>
          </w:p>
        </w:tc>
        <w:tc>
          <w:tcPr>
            <w:tcW w:type="dxa" w:w="4320"/>
          </w:tcPr>
          <w:p>
            <w:r>
              <w:t>eCoder18</w:t>
            </w:r>
          </w:p>
        </w:tc>
      </w:tr>
      <w:tr>
        <w:tc>
          <w:tcPr>
            <w:tcW w:type="dxa" w:w="4320"/>
          </w:tcPr>
          <w:p>
            <w:r>
              <w:t>安装方式</w:t>
            </w:r>
          </w:p>
        </w:tc>
        <w:tc>
          <w:tcPr>
            <w:tcW w:type="dxa" w:w="4320"/>
          </w:tcPr>
          <w:p>
            <w:r>
              <w:t>分体式</w:t>
            </w:r>
          </w:p>
        </w:tc>
      </w:tr>
      <w:tr>
        <w:tc>
          <w:tcPr>
            <w:tcW w:type="dxa" w:w="4320"/>
          </w:tcPr>
          <w:p>
            <w:r>
              <w:t>中空直径</w:t>
            </w:r>
          </w:p>
        </w:tc>
        <w:tc>
          <w:tcPr>
            <w:tcW w:type="dxa" w:w="4320"/>
          </w:tcPr>
          <w:p>
            <w:r>
              <w:t>18mm</w:t>
            </w:r>
          </w:p>
        </w:tc>
      </w:tr>
      <w:tr>
        <w:tc>
          <w:tcPr>
            <w:tcW w:type="dxa" w:w="4320"/>
          </w:tcPr>
          <w:p>
            <w:r>
              <w:t>外径</w:t>
            </w:r>
          </w:p>
        </w:tc>
        <w:tc>
          <w:tcPr>
            <w:tcW w:type="dxa" w:w="4320"/>
          </w:tcPr>
          <w:p>
            <w:r>
              <w:t>33.5mm</w:t>
            </w:r>
          </w:p>
        </w:tc>
      </w:tr>
      <w:tr>
        <w:tc>
          <w:tcPr>
            <w:tcW w:type="dxa" w:w="4320"/>
          </w:tcPr>
          <w:p>
            <w:r>
              <w:t>厚度</w:t>
            </w:r>
          </w:p>
        </w:tc>
        <w:tc>
          <w:tcPr>
            <w:tcW w:type="dxa" w:w="4320"/>
          </w:tcPr>
          <w:p>
            <w:r>
              <w:t>15.1mm</w:t>
            </w:r>
          </w:p>
        </w:tc>
      </w:tr>
      <w:tr>
        <w:tc>
          <w:tcPr>
            <w:tcW w:type="dxa" w:w="4320"/>
          </w:tcPr>
          <w:p>
            <w:r>
              <w:t>分辨率</w:t>
            </w:r>
          </w:p>
        </w:tc>
        <w:tc>
          <w:tcPr>
            <w:tcW w:type="dxa" w:w="4320"/>
          </w:tcPr>
          <w:p>
            <w:r>
              <w:t>19Bits</w:t>
            </w:r>
          </w:p>
        </w:tc>
      </w:tr>
      <w:tr>
        <w:tc>
          <w:tcPr>
            <w:tcW w:type="dxa" w:w="4320"/>
          </w:tcPr>
          <w:p>
            <w:r>
              <w:t>重复定位精度</w:t>
            </w:r>
          </w:p>
        </w:tc>
        <w:tc>
          <w:tcPr>
            <w:tcW w:type="dxa" w:w="4320"/>
          </w:tcPr>
          <w:p>
            <w:r>
              <w:t>±10＂</w:t>
            </w:r>
          </w:p>
        </w:tc>
      </w:tr>
      <w:tr>
        <w:tc>
          <w:tcPr>
            <w:tcW w:type="dxa" w:w="4320"/>
          </w:tcPr>
          <w:p>
            <w:r>
              <w:t>最大绝对误差</w:t>
            </w:r>
          </w:p>
        </w:tc>
        <w:tc>
          <w:tcPr>
            <w:tcW w:type="dxa" w:w="4320"/>
          </w:tcPr>
          <w:p>
            <w:r>
              <w:t>&lt;0.06°</w:t>
            </w:r>
          </w:p>
        </w:tc>
      </w:tr>
      <w:tr>
        <w:tc>
          <w:tcPr>
            <w:tcW w:type="dxa" w:w="4320"/>
          </w:tcPr>
          <w:p>
            <w:r>
              <w:t>位置更新频率</w:t>
            </w:r>
          </w:p>
        </w:tc>
        <w:tc>
          <w:tcPr>
            <w:tcW w:type="dxa" w:w="4320"/>
          </w:tcPr>
          <w:p>
            <w:r>
              <w:t>&gt;50KHz</w:t>
            </w:r>
          </w:p>
        </w:tc>
      </w:tr>
      <w:tr>
        <w:tc>
          <w:tcPr>
            <w:tcW w:type="dxa" w:w="4320"/>
          </w:tcPr>
          <w:p>
            <w:r>
              <w:t>接口协议</w:t>
            </w:r>
          </w:p>
        </w:tc>
        <w:tc>
          <w:tcPr>
            <w:tcW w:type="dxa" w:w="4320"/>
          </w:tcPr>
          <w:p>
            <w:r>
              <w:t>RS485</w:t>
            </w:r>
          </w:p>
        </w:tc>
      </w:tr>
      <w:tr>
        <w:tc>
          <w:tcPr>
            <w:tcW w:type="dxa" w:w="4320"/>
          </w:tcPr>
          <w:p>
            <w:r>
              <w:t>接口设计</w:t>
            </w:r>
          </w:p>
        </w:tc>
        <w:tc>
          <w:tcPr>
            <w:tcW w:type="dxa" w:w="4320"/>
          </w:tcPr>
          <w:p>
            <w:r>
              <w:t>全差分接口设计，抗干扰能力强</w:t>
            </w:r>
          </w:p>
        </w:tc>
      </w:tr>
    </w:tbl>
    <w:p>
      <w:pPr>
        <w:pStyle w:val="Heading4"/>
      </w:pPr>
      <w:r>
        <w:t>产品型号</w:t>
      </w:r>
    </w:p>
    <w:p>
      <w:r>
        <w:t>• 产品系列eCoder零差云控编码器系列</w:t>
      </w:r>
    </w:p>
    <w:p>
      <w:r>
        <w:t>• 编码器尺寸1811内径11mm，外径30mm18内径18mm，外径33.5mm20内径20mm，外径33.5mm35内径35mm，外径55mm35H内径35mm，外径55mm45内径45mm，外径64mm65内径65mm，外径84mm内径18mm,外径33.5mm</w:t>
      </w:r>
    </w:p>
    <w:p>
      <w:r>
        <w:t>• 码盘类型SS单圈绝对值M多圈绝对值单圈绝对值</w:t>
      </w:r>
    </w:p>
    <w:p>
      <w:r>
        <w:t>• 通信类型RRRS485串口通信RS485串口通信</w:t>
      </w:r>
    </w:p>
    <w:p>
      <w:r>
        <w:t>• 分辨率18B17B17位分辨率18B18位分辨率19B19位分辨率20B20位分辨率21B21位分辨率18位分辨率</w:t>
      </w:r>
    </w:p>
    <w:p>
      <w:pPr>
        <w:pStyle w:val="Heading3"/>
      </w:pPr>
      <w:r>
        <w:t>产品型号参数剖析</w:t>
      </w:r>
    </w:p>
    <w:p>
      <w:pPr>
        <w:pStyle w:val="Heading5"/>
      </w:pPr>
      <w:r>
        <w:t>（以eCoder18S-R18B为例）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>
        <w:tc>
          <w:tcPr>
            <w:tcW w:type="dxa" w:w="617"/>
          </w:tcPr>
          <w:p>
            <w:r>
              <w:t>eCoder</w:t>
            </w:r>
          </w:p>
        </w:tc>
        <w:tc>
          <w:tcPr>
            <w:tcW w:type="dxa" w:w="617"/>
          </w:tcPr>
          <w:p>
            <w:r>
              <w:t>本公司在售编码器系列产品命名的前缀。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</w:t>
            </w:r>
          </w:p>
        </w:tc>
        <w:tc>
          <w:tcPr>
            <w:tcW w:type="dxa" w:w="617"/>
          </w:tcPr>
          <w:p>
            <w:r>
              <w:t>指编码器中间的通孔直径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S</w:t>
            </w:r>
          </w:p>
        </w:tc>
        <w:tc>
          <w:tcPr>
            <w:tcW w:type="dxa" w:w="617"/>
          </w:tcPr>
          <w:p>
            <w:r>
              <w:t>多圈绝对值编码器（M）可在未通电的情况下持续记录运行角度，多圈功能需要电池并在包装内提供；单圈编码器（S）的在启动时，只能提供输出端的角度绝对值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R</w:t>
            </w:r>
          </w:p>
        </w:tc>
        <w:tc>
          <w:tcPr>
            <w:tcW w:type="dxa" w:w="617"/>
          </w:tcPr>
          <w:p>
            <w:r>
              <w:t>编码器与关节的通信类型R表示采用RS485串口通信通信协议详见手册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即表示编码器的分辨率分辨率支持型号17B支持全部型号18B支持全部型号19B支持全部型号20B支持eCoder35/45/65/35H21B仅支持eCoder35H</w:t>
            </w:r>
          </w:p>
        </w:tc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</w:tr>
      <w:tr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</w:tbl>
    <w:p>
      <w:pPr>
        <w:pStyle w:val="Heading3"/>
      </w:pPr>
      <w:r>
        <w:t>资料下载</w:t>
      </w:r>
    </w:p>
    <w:p>
      <w:r>
        <w:t>• eCoder编码器手册eCoder18_2D安装图纸eCoder18_3D模型产品使用资料下载</w:t>
      </w:r>
    </w:p>
    <w:p>
      <w:pPr>
        <w:pStyle w:val="Heading3"/>
      </w:pPr>
      <w:r>
        <w:t>联系我们</w:t>
      </w:r>
    </w:p>
    <w:p>
      <w:r>
        <w:t>售前咨询：电话：134 8079 6208邮箱：sales@zeroerr.com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033800"/>
            <wp:docPr id="26" name="Picture 2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4ecaec1150a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033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1"/>
      </w:pPr>
      <w:r>
        <w:t>型号：eCoder20</w:t>
      </w:r>
    </w:p>
    <w:p>
      <w:r>
        <w:rPr>
          <w:i/>
        </w:rPr>
        <w:t>原文链接: https://www.zeroerr.cn/eCoder/eCoder20.html</w:t>
      </w:r>
    </w:p>
    <w:p>
      <w:pPr>
        <w:pStyle w:val="Heading3"/>
      </w:pPr>
      <w:r>
        <w:t>eCoder20</w:t>
      </w:r>
    </w:p>
    <w:p>
      <w:pPr>
        <w:pStyle w:val="Heading3"/>
      </w:pPr>
      <w:r>
        <w:t>绝对值编码器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095625"/>
            <wp:docPr id="27" name="Picture 2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75a03add831a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956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产品特点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592049"/>
            <wp:docPr id="28" name="Picture 2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fc9815c9822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5920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20MM中孔</w:t>
      </w:r>
    </w:p>
    <w:p>
      <w:r>
        <w:t>体积小巧，最厚处仅12.8mm。非接触式、多圈绝对式。可穿过机械结构、线缆、气路等。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2726055"/>
            <wp:docPr id="29" name="Picture 2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fb571e501c6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2605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19位多圈绝对值</w:t>
      </w:r>
    </w:p>
    <w:p>
      <w:r>
        <w:t>高达19位的分辨率及240计圈圈数</w:t>
      </w:r>
    </w:p>
    <w:p>
      <w:r>
        <w:t>可编程并存储的逐点位置补偿，</w:t>
      </w:r>
    </w:p>
    <w:p>
      <w:r>
        <w:t>使编码器重复定位精度到达前所未有的±10″。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2665828"/>
            <wp:docPr id="30" name="Picture 3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7dc535daf6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66582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支持多种电机</w:t>
      </w:r>
    </w:p>
    <w:p>
      <w:r>
        <w:t>无磁滞，高达12000RPM容许转速。</w:t>
      </w:r>
    </w:p>
    <w:p>
      <w:r>
        <w:t>支持伺服、直线、DDR、空心杯、音圈电机等；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114800"/>
            <wp:docPr id="31" name="Picture 3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94aeca2d1d9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安装方便</w:t>
      </w:r>
    </w:p>
    <w:p>
      <w:r>
        <w:t>90度M2.5顶丝安装，</w:t>
      </w:r>
    </w:p>
    <w:p>
      <w:r>
        <w:t>结构紧凑，装卸方便，</w:t>
      </w:r>
    </w:p>
    <w:p>
      <w:r>
        <w:t>精度更高更可控。</w:t>
      </w:r>
    </w:p>
    <w:p>
      <w:pPr>
        <w:pStyle w:val="Heading4"/>
      </w:pPr>
      <w:r>
        <w:t>恶劣环境依然适用</w:t>
      </w:r>
    </w:p>
    <w:p>
      <w:r>
        <w:t>• 粉尘</w:t>
      </w:r>
    </w:p>
    <w:p>
      <w:r>
        <w:t>• 重油污</w:t>
      </w:r>
    </w:p>
    <w:p>
      <w:r>
        <w:t>• 高低温</w:t>
      </w:r>
    </w:p>
    <w:p>
      <w:r>
        <w:t>• 复杂电磁环境</w:t>
      </w:r>
    </w:p>
    <w:p>
      <w:r>
        <w:t>• 恶劣环境仍然可靠运行</w:t>
      </w:r>
    </w:p>
    <w:p>
      <w:r>
        <w:t>• 高达0.1mm的装配容许误差。</w:t>
      </w:r>
    </w:p>
    <w:p>
      <w:r>
        <w:t>• 内置EEPROM可编程并保存的零位。</w:t>
      </w:r>
    </w:p>
    <w:p>
      <w:r>
        <w:t>• 精密定位基准，实现快捷并精准的安装。</w:t>
      </w:r>
    </w:p>
    <w:p>
      <w:pPr>
        <w:pStyle w:val="Heading4"/>
      </w:pPr>
      <w:r>
        <w:t>支持RS-485接口协议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1349654"/>
            <wp:docPr id="32" name="Picture 3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c6abcc2c01c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34965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标准RS485协议，兼容多摩川绝对值编码器</w:t>
      </w:r>
    </w:p>
    <w:p>
      <w:pPr>
        <w:pStyle w:val="Heading4"/>
      </w:pPr>
      <w:r>
        <w:t>产品参数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型号</w:t>
            </w:r>
          </w:p>
        </w:tc>
        <w:tc>
          <w:tcPr>
            <w:tcW w:type="dxa" w:w="4320"/>
          </w:tcPr>
          <w:p>
            <w:r>
              <w:t>eCoder20</w:t>
            </w:r>
          </w:p>
        </w:tc>
      </w:tr>
      <w:tr>
        <w:tc>
          <w:tcPr>
            <w:tcW w:type="dxa" w:w="4320"/>
          </w:tcPr>
          <w:p>
            <w:r>
              <w:t>安装方式</w:t>
            </w:r>
          </w:p>
        </w:tc>
        <w:tc>
          <w:tcPr>
            <w:tcW w:type="dxa" w:w="4320"/>
          </w:tcPr>
          <w:p>
            <w:r>
              <w:t>分体式</w:t>
            </w:r>
          </w:p>
        </w:tc>
      </w:tr>
      <w:tr>
        <w:tc>
          <w:tcPr>
            <w:tcW w:type="dxa" w:w="4320"/>
          </w:tcPr>
          <w:p>
            <w:r>
              <w:t>中空直径</w:t>
            </w:r>
          </w:p>
        </w:tc>
        <w:tc>
          <w:tcPr>
            <w:tcW w:type="dxa" w:w="4320"/>
          </w:tcPr>
          <w:p>
            <w:r>
              <w:t>20mm</w:t>
            </w:r>
          </w:p>
        </w:tc>
      </w:tr>
      <w:tr>
        <w:tc>
          <w:tcPr>
            <w:tcW w:type="dxa" w:w="4320"/>
          </w:tcPr>
          <w:p>
            <w:r>
              <w:t>外径</w:t>
            </w:r>
          </w:p>
        </w:tc>
        <w:tc>
          <w:tcPr>
            <w:tcW w:type="dxa" w:w="4320"/>
          </w:tcPr>
          <w:p>
            <w:r>
              <w:t>33.5mm</w:t>
            </w:r>
          </w:p>
        </w:tc>
      </w:tr>
      <w:tr>
        <w:tc>
          <w:tcPr>
            <w:tcW w:type="dxa" w:w="4320"/>
          </w:tcPr>
          <w:p>
            <w:r>
              <w:t>厚度</w:t>
            </w:r>
          </w:p>
        </w:tc>
        <w:tc>
          <w:tcPr>
            <w:tcW w:type="dxa" w:w="4320"/>
          </w:tcPr>
          <w:p>
            <w:r>
              <w:t>12.8mm</w:t>
            </w:r>
          </w:p>
        </w:tc>
      </w:tr>
      <w:tr>
        <w:tc>
          <w:tcPr>
            <w:tcW w:type="dxa" w:w="4320"/>
          </w:tcPr>
          <w:p>
            <w:r>
              <w:t>分辨率</w:t>
            </w:r>
          </w:p>
        </w:tc>
        <w:tc>
          <w:tcPr>
            <w:tcW w:type="dxa" w:w="4320"/>
          </w:tcPr>
          <w:p>
            <w:r>
              <w:t>19Bits</w:t>
            </w:r>
          </w:p>
        </w:tc>
      </w:tr>
      <w:tr>
        <w:tc>
          <w:tcPr>
            <w:tcW w:type="dxa" w:w="4320"/>
          </w:tcPr>
          <w:p>
            <w:r>
              <w:t>重复定位精度</w:t>
            </w:r>
          </w:p>
        </w:tc>
        <w:tc>
          <w:tcPr>
            <w:tcW w:type="dxa" w:w="4320"/>
          </w:tcPr>
          <w:p>
            <w:r>
              <w:t>±10＂</w:t>
            </w:r>
          </w:p>
        </w:tc>
      </w:tr>
      <w:tr>
        <w:tc>
          <w:tcPr>
            <w:tcW w:type="dxa" w:w="4320"/>
          </w:tcPr>
          <w:p>
            <w:r>
              <w:t>最大绝对误差</w:t>
            </w:r>
          </w:p>
        </w:tc>
        <w:tc>
          <w:tcPr>
            <w:tcW w:type="dxa" w:w="4320"/>
          </w:tcPr>
          <w:p>
            <w:r>
              <w:t>&lt;0.06°</w:t>
            </w:r>
          </w:p>
        </w:tc>
      </w:tr>
      <w:tr>
        <w:tc>
          <w:tcPr>
            <w:tcW w:type="dxa" w:w="4320"/>
          </w:tcPr>
          <w:p>
            <w:r>
              <w:t>位置更新频率</w:t>
            </w:r>
          </w:p>
        </w:tc>
        <w:tc>
          <w:tcPr>
            <w:tcW w:type="dxa" w:w="4320"/>
          </w:tcPr>
          <w:p>
            <w:r>
              <w:t>&gt;50KHz</w:t>
            </w:r>
          </w:p>
        </w:tc>
      </w:tr>
      <w:tr>
        <w:tc>
          <w:tcPr>
            <w:tcW w:type="dxa" w:w="4320"/>
          </w:tcPr>
          <w:p>
            <w:r>
              <w:t>接口协议</w:t>
            </w:r>
          </w:p>
        </w:tc>
        <w:tc>
          <w:tcPr>
            <w:tcW w:type="dxa" w:w="4320"/>
          </w:tcPr>
          <w:p>
            <w:r>
              <w:t>RS485</w:t>
            </w:r>
          </w:p>
        </w:tc>
      </w:tr>
      <w:tr>
        <w:tc>
          <w:tcPr>
            <w:tcW w:type="dxa" w:w="4320"/>
          </w:tcPr>
          <w:p>
            <w:r>
              <w:t>接口设计</w:t>
            </w:r>
          </w:p>
        </w:tc>
        <w:tc>
          <w:tcPr>
            <w:tcW w:type="dxa" w:w="4320"/>
          </w:tcPr>
          <w:p>
            <w:r>
              <w:t>全差分接口设计，抗干扰能力强</w:t>
            </w:r>
          </w:p>
        </w:tc>
      </w:tr>
    </w:tbl>
    <w:p>
      <w:pPr>
        <w:pStyle w:val="Heading4"/>
      </w:pPr>
      <w:r>
        <w:t>产品型号</w:t>
      </w:r>
    </w:p>
    <w:p>
      <w:r>
        <w:t>• 产品系列eCoder零差云控编码器系列</w:t>
      </w:r>
    </w:p>
    <w:p>
      <w:r>
        <w:t>• 编码器尺寸2011内径11mm，外径30mm18内径18mm，外径33.5mm20内径20mm，外径33.5mm35内径35mm，外径55mm35H内径35mm，外径55mm45内径45mm，外径64mm65内径65mm，外径84mm内径20mm，外径33.5mm</w:t>
      </w:r>
    </w:p>
    <w:p>
      <w:r>
        <w:t>• 码盘类型SS单圈绝对值M多圈绝对值单圈绝对值</w:t>
      </w:r>
    </w:p>
    <w:p>
      <w:r>
        <w:t>• 通信类型RRRS485串口通信RS485串口通信</w:t>
      </w:r>
    </w:p>
    <w:p>
      <w:r>
        <w:t>• 分辨率19B17B17位分辨率18B18位分辨率19B19位分辨率20B20位分辨率21B21位分辨率19位分辨率</w:t>
      </w:r>
    </w:p>
    <w:p>
      <w:pPr>
        <w:pStyle w:val="Heading3"/>
      </w:pPr>
      <w:r>
        <w:t>产品型号参数剖析</w:t>
      </w:r>
    </w:p>
    <w:p>
      <w:pPr>
        <w:pStyle w:val="Heading5"/>
      </w:pPr>
      <w:r>
        <w:t>（以eCoder20S-R19B为例）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>
        <w:tc>
          <w:tcPr>
            <w:tcW w:type="dxa" w:w="617"/>
          </w:tcPr>
          <w:p>
            <w:r>
              <w:t>eCoder</w:t>
            </w:r>
          </w:p>
        </w:tc>
        <w:tc>
          <w:tcPr>
            <w:tcW w:type="dxa" w:w="617"/>
          </w:tcPr>
          <w:p>
            <w:r>
              <w:t>本公司在售编码器系列产品命名的前缀。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</w:t>
            </w:r>
          </w:p>
        </w:tc>
        <w:tc>
          <w:tcPr>
            <w:tcW w:type="dxa" w:w="617"/>
          </w:tcPr>
          <w:p>
            <w:r>
              <w:t>指编码器中间的通孔直径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S</w:t>
            </w:r>
          </w:p>
        </w:tc>
        <w:tc>
          <w:tcPr>
            <w:tcW w:type="dxa" w:w="617"/>
          </w:tcPr>
          <w:p>
            <w:r>
              <w:t>多圈绝对值编码器（M）可在未通电的情况下持续记录运行角度，多圈功能需要电池并在包装内提供；单圈编码器（S）的在启动时，只能提供输出端的角度绝对值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R</w:t>
            </w:r>
          </w:p>
        </w:tc>
        <w:tc>
          <w:tcPr>
            <w:tcW w:type="dxa" w:w="617"/>
          </w:tcPr>
          <w:p>
            <w:r>
              <w:t>编码器与关节的通信类型R表示采用RS485串口通信通信协议详见手册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即表示编码器的分辨率分辨率支持型号17B支持全部型号18B支持全部型号19B支持全部型号20B支持eCoder35/45/65/35H21B仅支持eCoder35H</w:t>
            </w:r>
          </w:p>
        </w:tc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</w:tr>
      <w:tr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</w:tbl>
    <w:p>
      <w:pPr>
        <w:pStyle w:val="Heading2"/>
      </w:pPr>
      <w:r>
        <w:t>型号：eCoder20</w:t>
      </w:r>
    </w:p>
    <w:p>
      <w:pPr>
        <w:pStyle w:val="Heading3"/>
      </w:pPr>
      <w:r>
        <w:t>eCoder20</w:t>
      </w:r>
    </w:p>
    <w:p>
      <w:pPr>
        <w:pStyle w:val="Heading3"/>
      </w:pPr>
      <w:r>
        <w:t>绝对值编码器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095625"/>
            <wp:docPr id="33" name="Picture 3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75a03add831a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956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产品特点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592049"/>
            <wp:docPr id="34" name="Picture 3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fc9815c9822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59204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20MM中孔</w:t>
      </w:r>
    </w:p>
    <w:p>
      <w:r>
        <w:t>体积小巧，最厚处仅12.8mm。非接触式、多圈绝对式。可穿过机械结构、线缆、气路等。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2726055"/>
            <wp:docPr id="35" name="Picture 3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afb571e501c6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72605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19位多圈绝对值</w:t>
      </w:r>
    </w:p>
    <w:p>
      <w:r>
        <w:t>高达19位的分辨率及240计圈圈数</w:t>
      </w:r>
    </w:p>
    <w:p>
      <w:r>
        <w:t>可编程并存储的逐点位置补偿，</w:t>
      </w:r>
    </w:p>
    <w:p>
      <w:r>
        <w:t>使编码器重复定位精度到达前所未有的±10″。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2665828"/>
            <wp:docPr id="36" name="Picture 3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167dc535daf6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665828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支持多种电机</w:t>
      </w:r>
    </w:p>
    <w:p>
      <w:r>
        <w:t>无磁滞，高达12000RPM容许转速。</w:t>
      </w:r>
    </w:p>
    <w:p>
      <w:r>
        <w:t>支持伺服、直线、DDR、空心杯、音圈电机等；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114800"/>
            <wp:docPr id="37" name="Picture 3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94aeca2d1d9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安装方便</w:t>
      </w:r>
    </w:p>
    <w:p>
      <w:r>
        <w:t>90度M2.5顶丝安装，</w:t>
      </w:r>
    </w:p>
    <w:p>
      <w:r>
        <w:t>结构紧凑，装卸方便，</w:t>
      </w:r>
    </w:p>
    <w:p>
      <w:r>
        <w:t>精度更高更可控。</w:t>
      </w:r>
    </w:p>
    <w:p>
      <w:pPr>
        <w:pStyle w:val="Heading4"/>
      </w:pPr>
      <w:r>
        <w:t>恶劣环境依然适用</w:t>
      </w:r>
    </w:p>
    <w:p>
      <w:r>
        <w:t>• 粉尘</w:t>
      </w:r>
    </w:p>
    <w:p>
      <w:r>
        <w:t>• 重油污</w:t>
      </w:r>
    </w:p>
    <w:p>
      <w:r>
        <w:t>• 高低温</w:t>
      </w:r>
    </w:p>
    <w:p>
      <w:r>
        <w:t>• 复杂电磁环境</w:t>
      </w:r>
    </w:p>
    <w:p>
      <w:r>
        <w:t>• 恶劣环境仍然可靠运行</w:t>
      </w:r>
    </w:p>
    <w:p>
      <w:r>
        <w:t>• 高达0.1mm的装配容许误差。</w:t>
      </w:r>
    </w:p>
    <w:p>
      <w:r>
        <w:t>• 内置EEPROM可编程并保存的零位。</w:t>
      </w:r>
    </w:p>
    <w:p>
      <w:r>
        <w:t>• 精密定位基准，实现快捷并精准的安装。</w:t>
      </w:r>
    </w:p>
    <w:p>
      <w:pPr>
        <w:pStyle w:val="Heading4"/>
      </w:pPr>
      <w:r>
        <w:t>支持RS-485接口协议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1349654"/>
            <wp:docPr id="38" name="Picture 3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c6abcc2c01c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34965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标准RS485协议，兼容多摩川绝对值编码器</w:t>
      </w:r>
    </w:p>
    <w:p>
      <w:pPr>
        <w:pStyle w:val="Heading4"/>
      </w:pPr>
      <w:r>
        <w:t>产品参数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型号</w:t>
            </w:r>
          </w:p>
        </w:tc>
        <w:tc>
          <w:tcPr>
            <w:tcW w:type="dxa" w:w="4320"/>
          </w:tcPr>
          <w:p>
            <w:r>
              <w:t>eCoder20</w:t>
            </w:r>
          </w:p>
        </w:tc>
      </w:tr>
      <w:tr>
        <w:tc>
          <w:tcPr>
            <w:tcW w:type="dxa" w:w="4320"/>
          </w:tcPr>
          <w:p>
            <w:r>
              <w:t>安装方式</w:t>
            </w:r>
          </w:p>
        </w:tc>
        <w:tc>
          <w:tcPr>
            <w:tcW w:type="dxa" w:w="4320"/>
          </w:tcPr>
          <w:p>
            <w:r>
              <w:t>分体式</w:t>
            </w:r>
          </w:p>
        </w:tc>
      </w:tr>
      <w:tr>
        <w:tc>
          <w:tcPr>
            <w:tcW w:type="dxa" w:w="4320"/>
          </w:tcPr>
          <w:p>
            <w:r>
              <w:t>中空直径</w:t>
            </w:r>
          </w:p>
        </w:tc>
        <w:tc>
          <w:tcPr>
            <w:tcW w:type="dxa" w:w="4320"/>
          </w:tcPr>
          <w:p>
            <w:r>
              <w:t>20mm</w:t>
            </w:r>
          </w:p>
        </w:tc>
      </w:tr>
      <w:tr>
        <w:tc>
          <w:tcPr>
            <w:tcW w:type="dxa" w:w="4320"/>
          </w:tcPr>
          <w:p>
            <w:r>
              <w:t>外径</w:t>
            </w:r>
          </w:p>
        </w:tc>
        <w:tc>
          <w:tcPr>
            <w:tcW w:type="dxa" w:w="4320"/>
          </w:tcPr>
          <w:p>
            <w:r>
              <w:t>33.5mm</w:t>
            </w:r>
          </w:p>
        </w:tc>
      </w:tr>
      <w:tr>
        <w:tc>
          <w:tcPr>
            <w:tcW w:type="dxa" w:w="4320"/>
          </w:tcPr>
          <w:p>
            <w:r>
              <w:t>厚度</w:t>
            </w:r>
          </w:p>
        </w:tc>
        <w:tc>
          <w:tcPr>
            <w:tcW w:type="dxa" w:w="4320"/>
          </w:tcPr>
          <w:p>
            <w:r>
              <w:t>12.8mm</w:t>
            </w:r>
          </w:p>
        </w:tc>
      </w:tr>
      <w:tr>
        <w:tc>
          <w:tcPr>
            <w:tcW w:type="dxa" w:w="4320"/>
          </w:tcPr>
          <w:p>
            <w:r>
              <w:t>分辨率</w:t>
            </w:r>
          </w:p>
        </w:tc>
        <w:tc>
          <w:tcPr>
            <w:tcW w:type="dxa" w:w="4320"/>
          </w:tcPr>
          <w:p>
            <w:r>
              <w:t>19Bits</w:t>
            </w:r>
          </w:p>
        </w:tc>
      </w:tr>
      <w:tr>
        <w:tc>
          <w:tcPr>
            <w:tcW w:type="dxa" w:w="4320"/>
          </w:tcPr>
          <w:p>
            <w:r>
              <w:t>重复定位精度</w:t>
            </w:r>
          </w:p>
        </w:tc>
        <w:tc>
          <w:tcPr>
            <w:tcW w:type="dxa" w:w="4320"/>
          </w:tcPr>
          <w:p>
            <w:r>
              <w:t>±10＂</w:t>
            </w:r>
          </w:p>
        </w:tc>
      </w:tr>
      <w:tr>
        <w:tc>
          <w:tcPr>
            <w:tcW w:type="dxa" w:w="4320"/>
          </w:tcPr>
          <w:p>
            <w:r>
              <w:t>最大绝对误差</w:t>
            </w:r>
          </w:p>
        </w:tc>
        <w:tc>
          <w:tcPr>
            <w:tcW w:type="dxa" w:w="4320"/>
          </w:tcPr>
          <w:p>
            <w:r>
              <w:t>&lt;0.06°</w:t>
            </w:r>
          </w:p>
        </w:tc>
      </w:tr>
      <w:tr>
        <w:tc>
          <w:tcPr>
            <w:tcW w:type="dxa" w:w="4320"/>
          </w:tcPr>
          <w:p>
            <w:r>
              <w:t>位置更新频率</w:t>
            </w:r>
          </w:p>
        </w:tc>
        <w:tc>
          <w:tcPr>
            <w:tcW w:type="dxa" w:w="4320"/>
          </w:tcPr>
          <w:p>
            <w:r>
              <w:t>&gt;50KHz</w:t>
            </w:r>
          </w:p>
        </w:tc>
      </w:tr>
      <w:tr>
        <w:tc>
          <w:tcPr>
            <w:tcW w:type="dxa" w:w="4320"/>
          </w:tcPr>
          <w:p>
            <w:r>
              <w:t>接口协议</w:t>
            </w:r>
          </w:p>
        </w:tc>
        <w:tc>
          <w:tcPr>
            <w:tcW w:type="dxa" w:w="4320"/>
          </w:tcPr>
          <w:p>
            <w:r>
              <w:t>RS485</w:t>
            </w:r>
          </w:p>
        </w:tc>
      </w:tr>
      <w:tr>
        <w:tc>
          <w:tcPr>
            <w:tcW w:type="dxa" w:w="4320"/>
          </w:tcPr>
          <w:p>
            <w:r>
              <w:t>接口设计</w:t>
            </w:r>
          </w:p>
        </w:tc>
        <w:tc>
          <w:tcPr>
            <w:tcW w:type="dxa" w:w="4320"/>
          </w:tcPr>
          <w:p>
            <w:r>
              <w:t>全差分接口设计，抗干扰能力强</w:t>
            </w:r>
          </w:p>
        </w:tc>
      </w:tr>
    </w:tbl>
    <w:p>
      <w:pPr>
        <w:pStyle w:val="Heading4"/>
      </w:pPr>
      <w:r>
        <w:t>产品型号</w:t>
      </w:r>
    </w:p>
    <w:p>
      <w:r>
        <w:t>• 产品系列eCoder零差云控编码器系列</w:t>
      </w:r>
    </w:p>
    <w:p>
      <w:r>
        <w:t>• 编码器尺寸2011内径11mm，外径30mm18内径18mm，外径33.5mm20内径20mm，外径33.5mm35内径35mm，外径55mm35H内径35mm，外径55mm45内径45mm，外径64mm65内径65mm，外径84mm内径20mm，外径33.5mm</w:t>
      </w:r>
    </w:p>
    <w:p>
      <w:r>
        <w:t>• 码盘类型SS单圈绝对值M多圈绝对值单圈绝对值</w:t>
      </w:r>
    </w:p>
    <w:p>
      <w:r>
        <w:t>• 通信类型RRRS485串口通信RS485串口通信</w:t>
      </w:r>
    </w:p>
    <w:p>
      <w:r>
        <w:t>• 分辨率19B17B17位分辨率18B18位分辨率19B19位分辨率20B20位分辨率21B21位分辨率19位分辨率</w:t>
      </w:r>
    </w:p>
    <w:p>
      <w:pPr>
        <w:pStyle w:val="Heading3"/>
      </w:pPr>
      <w:r>
        <w:t>产品型号参数剖析</w:t>
      </w:r>
    </w:p>
    <w:p>
      <w:pPr>
        <w:pStyle w:val="Heading5"/>
      </w:pPr>
      <w:r>
        <w:t>（以eCoder20S-R19B为例）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>
        <w:tc>
          <w:tcPr>
            <w:tcW w:type="dxa" w:w="617"/>
          </w:tcPr>
          <w:p>
            <w:r>
              <w:t>eCoder</w:t>
            </w:r>
          </w:p>
        </w:tc>
        <w:tc>
          <w:tcPr>
            <w:tcW w:type="dxa" w:w="617"/>
          </w:tcPr>
          <w:p>
            <w:r>
              <w:t>本公司在售编码器系列产品命名的前缀。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</w:t>
            </w:r>
          </w:p>
        </w:tc>
        <w:tc>
          <w:tcPr>
            <w:tcW w:type="dxa" w:w="617"/>
          </w:tcPr>
          <w:p>
            <w:r>
              <w:t>指编码器中间的通孔直径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S</w:t>
            </w:r>
          </w:p>
        </w:tc>
        <w:tc>
          <w:tcPr>
            <w:tcW w:type="dxa" w:w="617"/>
          </w:tcPr>
          <w:p>
            <w:r>
              <w:t>多圈绝对值编码器（M）可在未通电的情况下持续记录运行角度，多圈功能需要电池并在包装内提供；单圈编码器（S）的在启动时，只能提供输出端的角度绝对值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R</w:t>
            </w:r>
          </w:p>
        </w:tc>
        <w:tc>
          <w:tcPr>
            <w:tcW w:type="dxa" w:w="617"/>
          </w:tcPr>
          <w:p>
            <w:r>
              <w:t>编码器与关节的通信类型R表示采用RS485串口通信通信协议详见手册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即表示编码器的分辨率分辨率支持型号17B支持全部型号18B支持全部型号19B支持全部型号20B支持eCoder35/45/65/35H21B仅支持eCoder35H</w:t>
            </w:r>
          </w:p>
        </w:tc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</w:tr>
      <w:tr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</w:tbl>
    <w:p>
      <w:pPr>
        <w:pStyle w:val="Heading3"/>
      </w:pPr>
      <w:r>
        <w:t>资料下载</w:t>
      </w:r>
    </w:p>
    <w:p>
      <w:r>
        <w:t>• eCoder编码器手册eCoder20_2D安装图纸eCoder20_3D模型产品使用资料下载</w:t>
      </w:r>
    </w:p>
    <w:p>
      <w:pPr>
        <w:pStyle w:val="Heading3"/>
      </w:pPr>
      <w:r>
        <w:t>联系我们</w:t>
      </w:r>
    </w:p>
    <w:p>
      <w:r>
        <w:t>售前咨询：电话：134 8079 6208邮箱：sales@zeroerr.com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033800"/>
            <wp:docPr id="39" name="Picture 3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4ecaec1150a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033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1"/>
      </w:pPr>
      <w:r>
        <w:t>型号：eCoder35</w:t>
      </w:r>
    </w:p>
    <w:p>
      <w:r>
        <w:rPr>
          <w:i/>
        </w:rPr>
        <w:t>原文链接: https://www.zeroerr.cn/eCoder/eCoder35.html</w:t>
      </w:r>
    </w:p>
    <w:p>
      <w:pPr>
        <w:pStyle w:val="Heading3"/>
      </w:pPr>
      <w:r>
        <w:t>eCoder35</w:t>
      </w:r>
    </w:p>
    <w:p>
      <w:pPr>
        <w:pStyle w:val="Heading3"/>
      </w:pPr>
      <w:r>
        <w:t>绝对值编码器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095625"/>
            <wp:docPr id="40" name="Picture 4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6b68cc5958a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956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产品特点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411980"/>
            <wp:docPr id="41" name="Picture 4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aa0063636a7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35MM大中孔</w:t>
      </w:r>
    </w:p>
    <w:p>
      <w:r>
        <w:t>体积小巧，最厚处仅8.6mm。非接触式、多圈绝对式。可穿过机械结构、线缆、气路等。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308985"/>
            <wp:docPr id="42" name="Picture 4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52f857ddb08d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30898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20位多圈绝对值</w:t>
      </w:r>
    </w:p>
    <w:p>
      <w:r>
        <w:t>高达20位的分辨率及216计圈圈数</w:t>
      </w:r>
    </w:p>
    <w:p>
      <w:r>
        <w:t>可编程并存储的逐点位置补偿，</w:t>
      </w:r>
    </w:p>
    <w:p>
      <w:r>
        <w:t>使编码器重复定位精度到达前所未有的±5″。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114800"/>
            <wp:docPr id="43" name="Picture 4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8df32827ad1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安装方便</w:t>
      </w:r>
    </w:p>
    <w:p>
      <w:r>
        <w:t>高达35mm直径中孔，</w:t>
      </w:r>
    </w:p>
    <w:p>
      <w:r>
        <w:t>可允许穿过机械结构、</w:t>
      </w:r>
    </w:p>
    <w:p>
      <w:r>
        <w:t>线缆、气路等</w:t>
      </w:r>
    </w:p>
    <w:p>
      <w:pPr>
        <w:pStyle w:val="Heading4"/>
      </w:pPr>
      <w:r>
        <w:t>恶劣环境依然适用</w:t>
      </w:r>
    </w:p>
    <w:p>
      <w:r>
        <w:t>• 粉尘</w:t>
      </w:r>
    </w:p>
    <w:p>
      <w:r>
        <w:t>• 重油污</w:t>
      </w:r>
    </w:p>
    <w:p>
      <w:r>
        <w:t>• 高低温</w:t>
      </w:r>
    </w:p>
    <w:p>
      <w:r>
        <w:t>• 复杂电磁环境</w:t>
      </w:r>
    </w:p>
    <w:p>
      <w:r>
        <w:t>• 恶劣环境仍然可靠运行</w:t>
      </w:r>
    </w:p>
    <w:p>
      <w:r>
        <w:t>• 高达0.1mm的装配容许误差。</w:t>
      </w:r>
    </w:p>
    <w:p>
      <w:r>
        <w:t>• 内置EEPROM可编程并保存的零位。</w:t>
      </w:r>
    </w:p>
    <w:p>
      <w:r>
        <w:t>• 精密定位基准，实现快捷并精准的安装。</w:t>
      </w:r>
    </w:p>
    <w:p>
      <w:pPr>
        <w:pStyle w:val="Heading4"/>
      </w:pPr>
      <w:r>
        <w:t>支持RS-485接口协议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1349654"/>
            <wp:docPr id="44" name="Picture 4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c6abcc2c01c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34965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标准RS485协议，兼容多摩川绝对值编码器</w:t>
      </w:r>
    </w:p>
    <w:p>
      <w:pPr>
        <w:pStyle w:val="Heading4"/>
      </w:pPr>
      <w:r>
        <w:t>产品参数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型号</w:t>
            </w:r>
          </w:p>
        </w:tc>
        <w:tc>
          <w:tcPr>
            <w:tcW w:type="dxa" w:w="4320"/>
          </w:tcPr>
          <w:p>
            <w:r>
              <w:t>eCoder35</w:t>
            </w:r>
          </w:p>
        </w:tc>
      </w:tr>
      <w:tr>
        <w:tc>
          <w:tcPr>
            <w:tcW w:type="dxa" w:w="4320"/>
          </w:tcPr>
          <w:p>
            <w:r>
              <w:t>安装方式</w:t>
            </w:r>
          </w:p>
        </w:tc>
        <w:tc>
          <w:tcPr>
            <w:tcW w:type="dxa" w:w="4320"/>
          </w:tcPr>
          <w:p>
            <w:r>
              <w:t>分体式</w:t>
            </w:r>
          </w:p>
        </w:tc>
      </w:tr>
      <w:tr>
        <w:tc>
          <w:tcPr>
            <w:tcW w:type="dxa" w:w="4320"/>
          </w:tcPr>
          <w:p>
            <w:r>
              <w:t>中空直径</w:t>
            </w:r>
          </w:p>
        </w:tc>
        <w:tc>
          <w:tcPr>
            <w:tcW w:type="dxa" w:w="4320"/>
          </w:tcPr>
          <w:p>
            <w:r>
              <w:t>35mm</w:t>
            </w:r>
          </w:p>
        </w:tc>
      </w:tr>
      <w:tr>
        <w:tc>
          <w:tcPr>
            <w:tcW w:type="dxa" w:w="4320"/>
          </w:tcPr>
          <w:p>
            <w:r>
              <w:t>外径</w:t>
            </w:r>
          </w:p>
        </w:tc>
        <w:tc>
          <w:tcPr>
            <w:tcW w:type="dxa" w:w="4320"/>
          </w:tcPr>
          <w:p>
            <w:r>
              <w:t>55mm</w:t>
            </w:r>
          </w:p>
        </w:tc>
      </w:tr>
      <w:tr>
        <w:tc>
          <w:tcPr>
            <w:tcW w:type="dxa" w:w="4320"/>
          </w:tcPr>
          <w:p>
            <w:r>
              <w:t>厚度</w:t>
            </w:r>
          </w:p>
        </w:tc>
        <w:tc>
          <w:tcPr>
            <w:tcW w:type="dxa" w:w="4320"/>
          </w:tcPr>
          <w:p>
            <w:r>
              <w:t>8.6mm</w:t>
            </w:r>
          </w:p>
        </w:tc>
      </w:tr>
      <w:tr>
        <w:tc>
          <w:tcPr>
            <w:tcW w:type="dxa" w:w="4320"/>
          </w:tcPr>
          <w:p>
            <w:r>
              <w:t>分辨率</w:t>
            </w:r>
          </w:p>
        </w:tc>
        <w:tc>
          <w:tcPr>
            <w:tcW w:type="dxa" w:w="4320"/>
          </w:tcPr>
          <w:p>
            <w:r>
              <w:t>20Bits</w:t>
            </w:r>
          </w:p>
        </w:tc>
      </w:tr>
      <w:tr>
        <w:tc>
          <w:tcPr>
            <w:tcW w:type="dxa" w:w="4320"/>
          </w:tcPr>
          <w:p>
            <w:r>
              <w:t>重复定位精度</w:t>
            </w:r>
          </w:p>
        </w:tc>
        <w:tc>
          <w:tcPr>
            <w:tcW w:type="dxa" w:w="4320"/>
          </w:tcPr>
          <w:p>
            <w:r>
              <w:t>±5＂</w:t>
            </w:r>
          </w:p>
        </w:tc>
      </w:tr>
      <w:tr>
        <w:tc>
          <w:tcPr>
            <w:tcW w:type="dxa" w:w="4320"/>
          </w:tcPr>
          <w:p>
            <w:r>
              <w:t>最大绝对误差</w:t>
            </w:r>
          </w:p>
        </w:tc>
        <w:tc>
          <w:tcPr>
            <w:tcW w:type="dxa" w:w="4320"/>
          </w:tcPr>
          <w:p>
            <w:r>
              <w:t>&lt;0.05°</w:t>
            </w:r>
          </w:p>
        </w:tc>
      </w:tr>
      <w:tr>
        <w:tc>
          <w:tcPr>
            <w:tcW w:type="dxa" w:w="4320"/>
          </w:tcPr>
          <w:p>
            <w:r>
              <w:t>位置更新频率</w:t>
            </w:r>
          </w:p>
        </w:tc>
        <w:tc>
          <w:tcPr>
            <w:tcW w:type="dxa" w:w="4320"/>
          </w:tcPr>
          <w:p>
            <w:r>
              <w:t>&gt;50KHz</w:t>
            </w:r>
          </w:p>
        </w:tc>
      </w:tr>
      <w:tr>
        <w:tc>
          <w:tcPr>
            <w:tcW w:type="dxa" w:w="4320"/>
          </w:tcPr>
          <w:p>
            <w:r>
              <w:t>接口协议</w:t>
            </w:r>
          </w:p>
        </w:tc>
        <w:tc>
          <w:tcPr>
            <w:tcW w:type="dxa" w:w="4320"/>
          </w:tcPr>
          <w:p>
            <w:r>
              <w:t>RS485</w:t>
            </w:r>
          </w:p>
        </w:tc>
      </w:tr>
      <w:tr>
        <w:tc>
          <w:tcPr>
            <w:tcW w:type="dxa" w:w="4320"/>
          </w:tcPr>
          <w:p>
            <w:r>
              <w:t>接口设计</w:t>
            </w:r>
          </w:p>
        </w:tc>
        <w:tc>
          <w:tcPr>
            <w:tcW w:type="dxa" w:w="4320"/>
          </w:tcPr>
          <w:p>
            <w:r>
              <w:t>全差分接口设计，抗干扰能力强</w:t>
            </w:r>
          </w:p>
        </w:tc>
      </w:tr>
    </w:tbl>
    <w:p>
      <w:pPr>
        <w:pStyle w:val="Heading4"/>
      </w:pPr>
      <w:r>
        <w:t>产品型号</w:t>
      </w:r>
    </w:p>
    <w:p>
      <w:r>
        <w:t>• 产品系列eCoder零差云控编码器系列</w:t>
      </w:r>
    </w:p>
    <w:p>
      <w:r>
        <w:t>• 编码器尺寸3511内径11mm，外径30mm18内径18mm，外径33.5mm20内径20mm，外径33.5mm35内径35mm，外径55mm35H内径35mm，外径55mm45内径45mm，外径64mm65内径65mm，外径84mm内径35mm，外径55mm</w:t>
      </w:r>
    </w:p>
    <w:p>
      <w:r>
        <w:t>• 码盘类型SS单圈绝对值M多圈绝对值单圈绝对值</w:t>
      </w:r>
    </w:p>
    <w:p>
      <w:r>
        <w:t>• 通信类型RRRS485串口通信RS485串口通信</w:t>
      </w:r>
    </w:p>
    <w:p>
      <w:r>
        <w:t>• 分辨率20B17B17位分辨率18B18位分辨率19B19位分辨率20B20位分辨率21B21位分辨率20位分辨率</w:t>
      </w:r>
    </w:p>
    <w:p>
      <w:pPr>
        <w:pStyle w:val="Heading3"/>
      </w:pPr>
      <w:r>
        <w:t>产品型号参数剖析</w:t>
      </w:r>
    </w:p>
    <w:p>
      <w:pPr>
        <w:pStyle w:val="Heading5"/>
      </w:pPr>
      <w:r>
        <w:t>（以eCoder35S-R20B为例）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>
        <w:tc>
          <w:tcPr>
            <w:tcW w:type="dxa" w:w="617"/>
          </w:tcPr>
          <w:p>
            <w:r>
              <w:t>eCoder</w:t>
            </w:r>
          </w:p>
        </w:tc>
        <w:tc>
          <w:tcPr>
            <w:tcW w:type="dxa" w:w="617"/>
          </w:tcPr>
          <w:p>
            <w:r>
              <w:t>本公司在售编码器系列产品命名的前缀。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35</w:t>
            </w:r>
          </w:p>
        </w:tc>
        <w:tc>
          <w:tcPr>
            <w:tcW w:type="dxa" w:w="617"/>
          </w:tcPr>
          <w:p>
            <w:r>
              <w:t>指编码器中间的通孔直径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S</w:t>
            </w:r>
          </w:p>
        </w:tc>
        <w:tc>
          <w:tcPr>
            <w:tcW w:type="dxa" w:w="617"/>
          </w:tcPr>
          <w:p>
            <w:r>
              <w:t>多圈绝对值编码器（M）可在未通电的情况下持续记录运行角度，多圈功能需要电池并在包装内提供；单圈编码器（S）的在启动时，只能提供输出端的角度绝对值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R</w:t>
            </w:r>
          </w:p>
        </w:tc>
        <w:tc>
          <w:tcPr>
            <w:tcW w:type="dxa" w:w="617"/>
          </w:tcPr>
          <w:p>
            <w:r>
              <w:t>编码器与关节的通信类型R表示采用RS485串口通信通信协议详见手册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即表示编码器的分辨率分辨率支持型号17B支持全部型号18B支持全部型号19B支持全部型号20B支持eCoder35/45/65/35H21B仅支持eCoder35H</w:t>
            </w:r>
          </w:p>
        </w:tc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</w:tr>
      <w:tr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</w:tbl>
    <w:p>
      <w:pPr>
        <w:pStyle w:val="Heading2"/>
      </w:pPr>
      <w:r>
        <w:t>型号：eCoder35</w:t>
      </w:r>
    </w:p>
    <w:p>
      <w:pPr>
        <w:pStyle w:val="Heading3"/>
      </w:pPr>
      <w:r>
        <w:t>eCoder35</w:t>
      </w:r>
    </w:p>
    <w:p>
      <w:pPr>
        <w:pStyle w:val="Heading3"/>
      </w:pPr>
      <w:r>
        <w:t>绝对值编码器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095625"/>
            <wp:docPr id="45" name="Picture 4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6b68cc5958a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956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产品特点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411980"/>
            <wp:docPr id="46" name="Picture 4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aa0063636a7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35MM大中孔</w:t>
      </w:r>
    </w:p>
    <w:p>
      <w:r>
        <w:t>体积小巧，最厚处仅8.6mm。非接触式、多圈绝对式。可穿过机械结构、线缆、气路等。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308985"/>
            <wp:docPr id="47" name="Picture 4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52f857ddb08d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30898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20位多圈绝对值</w:t>
      </w:r>
    </w:p>
    <w:p>
      <w:r>
        <w:t>高达20位的分辨率及216计圈圈数</w:t>
      </w:r>
    </w:p>
    <w:p>
      <w:r>
        <w:t>可编程并存储的逐点位置补偿，</w:t>
      </w:r>
    </w:p>
    <w:p>
      <w:r>
        <w:t>使编码器重复定位精度到达前所未有的±5″。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114800"/>
            <wp:docPr id="48" name="Picture 4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8df32827ad1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安装方便</w:t>
      </w:r>
    </w:p>
    <w:p>
      <w:r>
        <w:t>高达35mm直径中孔，</w:t>
      </w:r>
    </w:p>
    <w:p>
      <w:r>
        <w:t>可允许穿过机械结构、</w:t>
      </w:r>
    </w:p>
    <w:p>
      <w:r>
        <w:t>线缆、气路等</w:t>
      </w:r>
    </w:p>
    <w:p>
      <w:pPr>
        <w:pStyle w:val="Heading4"/>
      </w:pPr>
      <w:r>
        <w:t>恶劣环境依然适用</w:t>
      </w:r>
    </w:p>
    <w:p>
      <w:r>
        <w:t>• 粉尘</w:t>
      </w:r>
    </w:p>
    <w:p>
      <w:r>
        <w:t>• 重油污</w:t>
      </w:r>
    </w:p>
    <w:p>
      <w:r>
        <w:t>• 高低温</w:t>
      </w:r>
    </w:p>
    <w:p>
      <w:r>
        <w:t>• 复杂电磁环境</w:t>
      </w:r>
    </w:p>
    <w:p>
      <w:r>
        <w:t>• 恶劣环境仍然可靠运行</w:t>
      </w:r>
    </w:p>
    <w:p>
      <w:r>
        <w:t>• 高达0.1mm的装配容许误差。</w:t>
      </w:r>
    </w:p>
    <w:p>
      <w:r>
        <w:t>• 内置EEPROM可编程并保存的零位。</w:t>
      </w:r>
    </w:p>
    <w:p>
      <w:r>
        <w:t>• 精密定位基准，实现快捷并精准的安装。</w:t>
      </w:r>
    </w:p>
    <w:p>
      <w:pPr>
        <w:pStyle w:val="Heading4"/>
      </w:pPr>
      <w:r>
        <w:t>支持RS-485接口协议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1349654"/>
            <wp:docPr id="49" name="Picture 4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c6abcc2c01c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34965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标准RS485协议，兼容多摩川绝对值编码器</w:t>
      </w:r>
    </w:p>
    <w:p>
      <w:pPr>
        <w:pStyle w:val="Heading4"/>
      </w:pPr>
      <w:r>
        <w:t>产品参数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型号</w:t>
            </w:r>
          </w:p>
        </w:tc>
        <w:tc>
          <w:tcPr>
            <w:tcW w:type="dxa" w:w="4320"/>
          </w:tcPr>
          <w:p>
            <w:r>
              <w:t>eCoder35</w:t>
            </w:r>
          </w:p>
        </w:tc>
      </w:tr>
      <w:tr>
        <w:tc>
          <w:tcPr>
            <w:tcW w:type="dxa" w:w="4320"/>
          </w:tcPr>
          <w:p>
            <w:r>
              <w:t>安装方式</w:t>
            </w:r>
          </w:p>
        </w:tc>
        <w:tc>
          <w:tcPr>
            <w:tcW w:type="dxa" w:w="4320"/>
          </w:tcPr>
          <w:p>
            <w:r>
              <w:t>分体式</w:t>
            </w:r>
          </w:p>
        </w:tc>
      </w:tr>
      <w:tr>
        <w:tc>
          <w:tcPr>
            <w:tcW w:type="dxa" w:w="4320"/>
          </w:tcPr>
          <w:p>
            <w:r>
              <w:t>中空直径</w:t>
            </w:r>
          </w:p>
        </w:tc>
        <w:tc>
          <w:tcPr>
            <w:tcW w:type="dxa" w:w="4320"/>
          </w:tcPr>
          <w:p>
            <w:r>
              <w:t>35mm</w:t>
            </w:r>
          </w:p>
        </w:tc>
      </w:tr>
      <w:tr>
        <w:tc>
          <w:tcPr>
            <w:tcW w:type="dxa" w:w="4320"/>
          </w:tcPr>
          <w:p>
            <w:r>
              <w:t>外径</w:t>
            </w:r>
          </w:p>
        </w:tc>
        <w:tc>
          <w:tcPr>
            <w:tcW w:type="dxa" w:w="4320"/>
          </w:tcPr>
          <w:p>
            <w:r>
              <w:t>55mm</w:t>
            </w:r>
          </w:p>
        </w:tc>
      </w:tr>
      <w:tr>
        <w:tc>
          <w:tcPr>
            <w:tcW w:type="dxa" w:w="4320"/>
          </w:tcPr>
          <w:p>
            <w:r>
              <w:t>厚度</w:t>
            </w:r>
          </w:p>
        </w:tc>
        <w:tc>
          <w:tcPr>
            <w:tcW w:type="dxa" w:w="4320"/>
          </w:tcPr>
          <w:p>
            <w:r>
              <w:t>8.6mm</w:t>
            </w:r>
          </w:p>
        </w:tc>
      </w:tr>
      <w:tr>
        <w:tc>
          <w:tcPr>
            <w:tcW w:type="dxa" w:w="4320"/>
          </w:tcPr>
          <w:p>
            <w:r>
              <w:t>分辨率</w:t>
            </w:r>
          </w:p>
        </w:tc>
        <w:tc>
          <w:tcPr>
            <w:tcW w:type="dxa" w:w="4320"/>
          </w:tcPr>
          <w:p>
            <w:r>
              <w:t>20Bits</w:t>
            </w:r>
          </w:p>
        </w:tc>
      </w:tr>
      <w:tr>
        <w:tc>
          <w:tcPr>
            <w:tcW w:type="dxa" w:w="4320"/>
          </w:tcPr>
          <w:p>
            <w:r>
              <w:t>重复定位精度</w:t>
            </w:r>
          </w:p>
        </w:tc>
        <w:tc>
          <w:tcPr>
            <w:tcW w:type="dxa" w:w="4320"/>
          </w:tcPr>
          <w:p>
            <w:r>
              <w:t>±5＂</w:t>
            </w:r>
          </w:p>
        </w:tc>
      </w:tr>
      <w:tr>
        <w:tc>
          <w:tcPr>
            <w:tcW w:type="dxa" w:w="4320"/>
          </w:tcPr>
          <w:p>
            <w:r>
              <w:t>最大绝对误差</w:t>
            </w:r>
          </w:p>
        </w:tc>
        <w:tc>
          <w:tcPr>
            <w:tcW w:type="dxa" w:w="4320"/>
          </w:tcPr>
          <w:p>
            <w:r>
              <w:t>&lt;0.05°</w:t>
            </w:r>
          </w:p>
        </w:tc>
      </w:tr>
      <w:tr>
        <w:tc>
          <w:tcPr>
            <w:tcW w:type="dxa" w:w="4320"/>
          </w:tcPr>
          <w:p>
            <w:r>
              <w:t>位置更新频率</w:t>
            </w:r>
          </w:p>
        </w:tc>
        <w:tc>
          <w:tcPr>
            <w:tcW w:type="dxa" w:w="4320"/>
          </w:tcPr>
          <w:p>
            <w:r>
              <w:t>&gt;50KHz</w:t>
            </w:r>
          </w:p>
        </w:tc>
      </w:tr>
      <w:tr>
        <w:tc>
          <w:tcPr>
            <w:tcW w:type="dxa" w:w="4320"/>
          </w:tcPr>
          <w:p>
            <w:r>
              <w:t>接口协议</w:t>
            </w:r>
          </w:p>
        </w:tc>
        <w:tc>
          <w:tcPr>
            <w:tcW w:type="dxa" w:w="4320"/>
          </w:tcPr>
          <w:p>
            <w:r>
              <w:t>RS485</w:t>
            </w:r>
          </w:p>
        </w:tc>
      </w:tr>
      <w:tr>
        <w:tc>
          <w:tcPr>
            <w:tcW w:type="dxa" w:w="4320"/>
          </w:tcPr>
          <w:p>
            <w:r>
              <w:t>接口设计</w:t>
            </w:r>
          </w:p>
        </w:tc>
        <w:tc>
          <w:tcPr>
            <w:tcW w:type="dxa" w:w="4320"/>
          </w:tcPr>
          <w:p>
            <w:r>
              <w:t>全差分接口设计，抗干扰能力强</w:t>
            </w:r>
          </w:p>
        </w:tc>
      </w:tr>
    </w:tbl>
    <w:p>
      <w:pPr>
        <w:pStyle w:val="Heading4"/>
      </w:pPr>
      <w:r>
        <w:t>产品型号</w:t>
      </w:r>
    </w:p>
    <w:p>
      <w:r>
        <w:t>• 产品系列eCoder零差云控编码器系列</w:t>
      </w:r>
    </w:p>
    <w:p>
      <w:r>
        <w:t>• 编码器尺寸3511内径11mm，外径30mm18内径18mm，外径33.5mm20内径20mm，外径33.5mm35内径35mm，外径55mm35H内径35mm，外径55mm45内径45mm，外径64mm65内径65mm，外径84mm内径35mm，外径55mm</w:t>
      </w:r>
    </w:p>
    <w:p>
      <w:r>
        <w:t>• 码盘类型SS单圈绝对值M多圈绝对值单圈绝对值</w:t>
      </w:r>
    </w:p>
    <w:p>
      <w:r>
        <w:t>• 通信类型RRRS485串口通信RS485串口通信</w:t>
      </w:r>
    </w:p>
    <w:p>
      <w:r>
        <w:t>• 分辨率20B17B17位分辨率18B18位分辨率19B19位分辨率20B20位分辨率21B21位分辨率20位分辨率</w:t>
      </w:r>
    </w:p>
    <w:p>
      <w:pPr>
        <w:pStyle w:val="Heading3"/>
      </w:pPr>
      <w:r>
        <w:t>产品型号参数剖析</w:t>
      </w:r>
    </w:p>
    <w:p>
      <w:pPr>
        <w:pStyle w:val="Heading5"/>
      </w:pPr>
      <w:r>
        <w:t>（以eCoder35S-R20B为例）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>
        <w:tc>
          <w:tcPr>
            <w:tcW w:type="dxa" w:w="617"/>
          </w:tcPr>
          <w:p>
            <w:r>
              <w:t>eCoder</w:t>
            </w:r>
          </w:p>
        </w:tc>
        <w:tc>
          <w:tcPr>
            <w:tcW w:type="dxa" w:w="617"/>
          </w:tcPr>
          <w:p>
            <w:r>
              <w:t>本公司在售编码器系列产品命名的前缀。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35</w:t>
            </w:r>
          </w:p>
        </w:tc>
        <w:tc>
          <w:tcPr>
            <w:tcW w:type="dxa" w:w="617"/>
          </w:tcPr>
          <w:p>
            <w:r>
              <w:t>指编码器中间的通孔直径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S</w:t>
            </w:r>
          </w:p>
        </w:tc>
        <w:tc>
          <w:tcPr>
            <w:tcW w:type="dxa" w:w="617"/>
          </w:tcPr>
          <w:p>
            <w:r>
              <w:t>多圈绝对值编码器（M）可在未通电的情况下持续记录运行角度，多圈功能需要电池并在包装内提供；单圈编码器（S）的在启动时，只能提供输出端的角度绝对值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R</w:t>
            </w:r>
          </w:p>
        </w:tc>
        <w:tc>
          <w:tcPr>
            <w:tcW w:type="dxa" w:w="617"/>
          </w:tcPr>
          <w:p>
            <w:r>
              <w:t>编码器与关节的通信类型R表示采用RS485串口通信通信协议详见手册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即表示编码器的分辨率分辨率支持型号17B支持全部型号18B支持全部型号19B支持全部型号20B支持eCoder35/45/65/35H21B仅支持eCoder35H</w:t>
            </w:r>
          </w:p>
        </w:tc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</w:tr>
      <w:tr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</w:tbl>
    <w:p>
      <w:pPr>
        <w:pStyle w:val="Heading3"/>
      </w:pPr>
      <w:r>
        <w:t>资料下载</w:t>
      </w:r>
    </w:p>
    <w:p>
      <w:r>
        <w:t>• eCoder编码器手册eCoder35_2D安装图纸eCoder35_3D模型产品使用资料下载</w:t>
      </w:r>
    </w:p>
    <w:p>
      <w:pPr>
        <w:pStyle w:val="Heading3"/>
      </w:pPr>
      <w:r>
        <w:t>联系我们</w:t>
      </w:r>
    </w:p>
    <w:p>
      <w:r>
        <w:t>售前咨询：电话：134 8079 6208邮箱：sales@zeroerr.com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033800"/>
            <wp:docPr id="50" name="Picture 5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4ecaec1150a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033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1"/>
      </w:pPr>
      <w:r>
        <w:t>型号：eCoder35H</w:t>
      </w:r>
    </w:p>
    <w:p>
      <w:r>
        <w:rPr>
          <w:i/>
        </w:rPr>
        <w:t>原文链接: https://www.zeroerr.cn/eCoder/eCoder35H.html</w:t>
      </w:r>
    </w:p>
    <w:p>
      <w:pPr>
        <w:pStyle w:val="Heading3"/>
      </w:pPr>
      <w:r>
        <w:t>eCoder35H</w:t>
      </w:r>
    </w:p>
    <w:p>
      <w:pPr>
        <w:pStyle w:val="Heading3"/>
      </w:pPr>
      <w:r>
        <w:t>绝对值编码器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095625"/>
            <wp:docPr id="51" name="Picture 5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c08f068343f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956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产品特点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411980"/>
            <wp:docPr id="52" name="Picture 5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99574be2bfa7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35MM大中孔</w:t>
      </w:r>
    </w:p>
    <w:p>
      <w:r>
        <w:t>体积小巧，平均厚度仅5.4mm。非接触式、多圈绝对式。可自识别装配误差,并实时补偿误差。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308985"/>
            <wp:docPr id="53" name="Picture 5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ddb851431431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30898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21位多圈绝对值</w:t>
      </w:r>
    </w:p>
    <w:p>
      <w:r>
        <w:t>高达21位的分辨率及216计圈圈数</w:t>
      </w:r>
    </w:p>
    <w:p>
      <w:r>
        <w:t>可编程并存储的逐点位置补偿，</w:t>
      </w:r>
    </w:p>
    <w:p>
      <w:r>
        <w:t>使编码器重复定位精度到达前所未有的±2.5″。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114800"/>
            <wp:docPr id="54" name="Picture 5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8df32827ad1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安装方便</w:t>
      </w:r>
    </w:p>
    <w:p>
      <w:r>
        <w:t>高达35mm直径中孔，</w:t>
      </w:r>
    </w:p>
    <w:p>
      <w:r>
        <w:t>可允许穿过机械结构、</w:t>
      </w:r>
    </w:p>
    <w:p>
      <w:r>
        <w:t>线缆、气路等</w:t>
      </w:r>
    </w:p>
    <w:p>
      <w:pPr>
        <w:pStyle w:val="Heading4"/>
      </w:pPr>
      <w:r>
        <w:t>恶劣环境依然适用</w:t>
      </w:r>
    </w:p>
    <w:p>
      <w:r>
        <w:t>• 粉尘</w:t>
      </w:r>
    </w:p>
    <w:p>
      <w:r>
        <w:t>• 重油污</w:t>
      </w:r>
    </w:p>
    <w:p>
      <w:r>
        <w:t>• 高低温</w:t>
      </w:r>
    </w:p>
    <w:p>
      <w:r>
        <w:t>• 复杂电磁环境</w:t>
      </w:r>
    </w:p>
    <w:p>
      <w:r>
        <w:t>• 恶劣环境仍然可靠运行</w:t>
      </w:r>
    </w:p>
    <w:p>
      <w:r>
        <w:t>• 高达0.1mm的装配容许误差。</w:t>
      </w:r>
    </w:p>
    <w:p>
      <w:r>
        <w:t>• 内置EEPROM可编程并保存的零位。</w:t>
      </w:r>
    </w:p>
    <w:p>
      <w:r>
        <w:t>• 精密定位基准，实现快捷并精准的安装。</w:t>
      </w:r>
    </w:p>
    <w:p>
      <w:pPr>
        <w:pStyle w:val="Heading4"/>
      </w:pPr>
      <w:r>
        <w:t>支持RS-485接口协议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1349654"/>
            <wp:docPr id="55" name="Picture 5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c6abcc2c01c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34965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标准RS485协议，兼容多摩川绝对值编码器</w:t>
      </w:r>
    </w:p>
    <w:p>
      <w:pPr>
        <w:pStyle w:val="Heading4"/>
      </w:pPr>
      <w:r>
        <w:t>产品参数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型号</w:t>
            </w:r>
          </w:p>
        </w:tc>
        <w:tc>
          <w:tcPr>
            <w:tcW w:type="dxa" w:w="4320"/>
          </w:tcPr>
          <w:p>
            <w:r>
              <w:t>eCoder35H</w:t>
            </w:r>
          </w:p>
        </w:tc>
      </w:tr>
      <w:tr>
        <w:tc>
          <w:tcPr>
            <w:tcW w:type="dxa" w:w="4320"/>
          </w:tcPr>
          <w:p>
            <w:r>
              <w:t>安装方式</w:t>
            </w:r>
          </w:p>
        </w:tc>
        <w:tc>
          <w:tcPr>
            <w:tcW w:type="dxa" w:w="4320"/>
          </w:tcPr>
          <w:p>
            <w:r>
              <w:t>分体式</w:t>
            </w:r>
          </w:p>
        </w:tc>
      </w:tr>
      <w:tr>
        <w:tc>
          <w:tcPr>
            <w:tcW w:type="dxa" w:w="4320"/>
          </w:tcPr>
          <w:p>
            <w:r>
              <w:t>中空直径</w:t>
            </w:r>
          </w:p>
        </w:tc>
        <w:tc>
          <w:tcPr>
            <w:tcW w:type="dxa" w:w="4320"/>
          </w:tcPr>
          <w:p>
            <w:r>
              <w:t>35mm</w:t>
            </w:r>
          </w:p>
        </w:tc>
      </w:tr>
      <w:tr>
        <w:tc>
          <w:tcPr>
            <w:tcW w:type="dxa" w:w="4320"/>
          </w:tcPr>
          <w:p>
            <w:r>
              <w:t>外径</w:t>
            </w:r>
          </w:p>
        </w:tc>
        <w:tc>
          <w:tcPr>
            <w:tcW w:type="dxa" w:w="4320"/>
          </w:tcPr>
          <w:p>
            <w:r>
              <w:t>55mm</w:t>
            </w:r>
          </w:p>
        </w:tc>
      </w:tr>
      <w:tr>
        <w:tc>
          <w:tcPr>
            <w:tcW w:type="dxa" w:w="4320"/>
          </w:tcPr>
          <w:p>
            <w:r>
              <w:t>厚度</w:t>
            </w:r>
          </w:p>
        </w:tc>
        <w:tc>
          <w:tcPr>
            <w:tcW w:type="dxa" w:w="4320"/>
          </w:tcPr>
          <w:p>
            <w:r>
              <w:t>8.6mm</w:t>
            </w:r>
          </w:p>
        </w:tc>
      </w:tr>
      <w:tr>
        <w:tc>
          <w:tcPr>
            <w:tcW w:type="dxa" w:w="4320"/>
          </w:tcPr>
          <w:p>
            <w:r>
              <w:t>分辨率</w:t>
            </w:r>
          </w:p>
        </w:tc>
        <w:tc>
          <w:tcPr>
            <w:tcW w:type="dxa" w:w="4320"/>
          </w:tcPr>
          <w:p>
            <w:r>
              <w:t>21Bits</w:t>
            </w:r>
          </w:p>
        </w:tc>
      </w:tr>
      <w:tr>
        <w:tc>
          <w:tcPr>
            <w:tcW w:type="dxa" w:w="4320"/>
          </w:tcPr>
          <w:p>
            <w:r>
              <w:t>重复定位精度</w:t>
            </w:r>
          </w:p>
        </w:tc>
        <w:tc>
          <w:tcPr>
            <w:tcW w:type="dxa" w:w="4320"/>
          </w:tcPr>
          <w:p>
            <w:r>
              <w:t>±2.5＂</w:t>
            </w:r>
          </w:p>
        </w:tc>
      </w:tr>
      <w:tr>
        <w:tc>
          <w:tcPr>
            <w:tcW w:type="dxa" w:w="4320"/>
          </w:tcPr>
          <w:p>
            <w:r>
              <w:t>最大绝对误差</w:t>
            </w:r>
          </w:p>
        </w:tc>
        <w:tc>
          <w:tcPr>
            <w:tcW w:type="dxa" w:w="4320"/>
          </w:tcPr>
          <w:p>
            <w:r>
              <w:t>&lt;0.02°</w:t>
            </w:r>
          </w:p>
        </w:tc>
      </w:tr>
      <w:tr>
        <w:tc>
          <w:tcPr>
            <w:tcW w:type="dxa" w:w="4320"/>
          </w:tcPr>
          <w:p>
            <w:r>
              <w:t>位置更新频率</w:t>
            </w:r>
          </w:p>
        </w:tc>
        <w:tc>
          <w:tcPr>
            <w:tcW w:type="dxa" w:w="4320"/>
          </w:tcPr>
          <w:p>
            <w:r>
              <w:t>&gt;50KHz</w:t>
            </w:r>
          </w:p>
        </w:tc>
      </w:tr>
      <w:tr>
        <w:tc>
          <w:tcPr>
            <w:tcW w:type="dxa" w:w="4320"/>
          </w:tcPr>
          <w:p>
            <w:r>
              <w:t>接口协议</w:t>
            </w:r>
          </w:p>
        </w:tc>
        <w:tc>
          <w:tcPr>
            <w:tcW w:type="dxa" w:w="4320"/>
          </w:tcPr>
          <w:p>
            <w:r>
              <w:t>RS485</w:t>
            </w:r>
          </w:p>
        </w:tc>
      </w:tr>
      <w:tr>
        <w:tc>
          <w:tcPr>
            <w:tcW w:type="dxa" w:w="4320"/>
          </w:tcPr>
          <w:p>
            <w:r>
              <w:t>接口设计</w:t>
            </w:r>
          </w:p>
        </w:tc>
        <w:tc>
          <w:tcPr>
            <w:tcW w:type="dxa" w:w="4320"/>
          </w:tcPr>
          <w:p>
            <w:r>
              <w:t>全差分接口设计，抗干扰能力强</w:t>
            </w:r>
          </w:p>
        </w:tc>
      </w:tr>
    </w:tbl>
    <w:p>
      <w:pPr>
        <w:pStyle w:val="Heading4"/>
      </w:pPr>
      <w:r>
        <w:t>产品型号</w:t>
      </w:r>
    </w:p>
    <w:p>
      <w:r>
        <w:t>• 产品系列eCoder零差云控编码器系列</w:t>
      </w:r>
    </w:p>
    <w:p>
      <w:r>
        <w:t>• 编码器尺寸35H11内径11mm，外径30mm18内径18mm，外径33.5mm20内径20mm，外径33.5mm35内径35mm，外径55mm35H内径35mm，外径55mm45内径45mm，外径64mm65内径65mm，外径84mm内径35mm，外径55mm</w:t>
      </w:r>
    </w:p>
    <w:p>
      <w:r>
        <w:t>• 码盘类型SS单圈绝对值M多圈绝对值单圈绝对值</w:t>
      </w:r>
    </w:p>
    <w:p>
      <w:r>
        <w:t>• 通信类型RRRS485串口通信RS485串口通信</w:t>
      </w:r>
    </w:p>
    <w:p>
      <w:r>
        <w:t>• 分辨率21B17B17位分辨率18B18位分辨率19B19位分辨率20B20位分辨率21B21位分辨率21位分辨率</w:t>
      </w:r>
    </w:p>
    <w:p>
      <w:pPr>
        <w:pStyle w:val="Heading3"/>
      </w:pPr>
      <w:r>
        <w:t>产品型号参数剖析</w:t>
      </w:r>
    </w:p>
    <w:p>
      <w:pPr>
        <w:pStyle w:val="Heading5"/>
      </w:pPr>
      <w:r>
        <w:t>（以eCoder35HS-R21B为例）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>
        <w:tc>
          <w:tcPr>
            <w:tcW w:type="dxa" w:w="617"/>
          </w:tcPr>
          <w:p>
            <w:r>
              <w:t>eCoder</w:t>
            </w:r>
          </w:p>
        </w:tc>
        <w:tc>
          <w:tcPr>
            <w:tcW w:type="dxa" w:w="617"/>
          </w:tcPr>
          <w:p>
            <w:r>
              <w:t>本公司在售编码器系列产品命名的前缀。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35H</w:t>
            </w:r>
          </w:p>
        </w:tc>
        <w:tc>
          <w:tcPr>
            <w:tcW w:type="dxa" w:w="617"/>
          </w:tcPr>
          <w:p>
            <w:r>
              <w:t>指编码器中间的通孔直径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S</w:t>
            </w:r>
          </w:p>
        </w:tc>
        <w:tc>
          <w:tcPr>
            <w:tcW w:type="dxa" w:w="617"/>
          </w:tcPr>
          <w:p>
            <w:r>
              <w:t>多圈绝对值编码器（M）可在未通电的情况下持续记录运行角度，多圈功能需要电池并在包装内提供；单圈编码器（S）的在启动时，只能提供输出端的角度绝对值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R</w:t>
            </w:r>
          </w:p>
        </w:tc>
        <w:tc>
          <w:tcPr>
            <w:tcW w:type="dxa" w:w="617"/>
          </w:tcPr>
          <w:p>
            <w:r>
              <w:t>编码器与关节的通信类型R表示采用RS485串口通信通信协议详见手册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即表示编码器的分辨率分辨率支持型号17B支持全部型号18B支持全部型号19B支持全部型号20B支持eCoder35/45/65/35H21B仅支持eCoder35H</w:t>
            </w:r>
          </w:p>
        </w:tc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</w:tr>
      <w:tr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</w:tbl>
    <w:p>
      <w:pPr>
        <w:pStyle w:val="Heading2"/>
      </w:pPr>
      <w:r>
        <w:t>型号：eCoder35H</w:t>
      </w:r>
    </w:p>
    <w:p>
      <w:pPr>
        <w:pStyle w:val="Heading3"/>
      </w:pPr>
      <w:r>
        <w:t>eCoder35H</w:t>
      </w:r>
    </w:p>
    <w:p>
      <w:pPr>
        <w:pStyle w:val="Heading3"/>
      </w:pPr>
      <w:r>
        <w:t>绝对值编码器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095625"/>
            <wp:docPr id="56" name="Picture 5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c08f068343f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956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产品特点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411980"/>
            <wp:docPr id="57" name="Picture 5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99574be2bfa7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35MM大中孔</w:t>
      </w:r>
    </w:p>
    <w:p>
      <w:r>
        <w:t>体积小巧，平均厚度仅5.4mm。非接触式、多圈绝对式。可自识别装配误差,并实时补偿误差。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308985"/>
            <wp:docPr id="58" name="Picture 5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ddb851431431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30898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21位多圈绝对值</w:t>
      </w:r>
    </w:p>
    <w:p>
      <w:r>
        <w:t>高达21位的分辨率及216计圈圈数</w:t>
      </w:r>
    </w:p>
    <w:p>
      <w:r>
        <w:t>可编程并存储的逐点位置补偿，</w:t>
      </w:r>
    </w:p>
    <w:p>
      <w:r>
        <w:t>使编码器重复定位精度到达前所未有的±2.5″。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114800"/>
            <wp:docPr id="59" name="Picture 5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38df32827ad1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安装方便</w:t>
      </w:r>
    </w:p>
    <w:p>
      <w:r>
        <w:t>高达35mm直径中孔，</w:t>
      </w:r>
    </w:p>
    <w:p>
      <w:r>
        <w:t>可允许穿过机械结构、</w:t>
      </w:r>
    </w:p>
    <w:p>
      <w:r>
        <w:t>线缆、气路等</w:t>
      </w:r>
    </w:p>
    <w:p>
      <w:pPr>
        <w:pStyle w:val="Heading4"/>
      </w:pPr>
      <w:r>
        <w:t>恶劣环境依然适用</w:t>
      </w:r>
    </w:p>
    <w:p>
      <w:r>
        <w:t>• 粉尘</w:t>
      </w:r>
    </w:p>
    <w:p>
      <w:r>
        <w:t>• 重油污</w:t>
      </w:r>
    </w:p>
    <w:p>
      <w:r>
        <w:t>• 高低温</w:t>
      </w:r>
    </w:p>
    <w:p>
      <w:r>
        <w:t>• 复杂电磁环境</w:t>
      </w:r>
    </w:p>
    <w:p>
      <w:r>
        <w:t>• 恶劣环境仍然可靠运行</w:t>
      </w:r>
    </w:p>
    <w:p>
      <w:r>
        <w:t>• 高达0.1mm的装配容许误差。</w:t>
      </w:r>
    </w:p>
    <w:p>
      <w:r>
        <w:t>• 内置EEPROM可编程并保存的零位。</w:t>
      </w:r>
    </w:p>
    <w:p>
      <w:r>
        <w:t>• 精密定位基准，实现快捷并精准的安装。</w:t>
      </w:r>
    </w:p>
    <w:p>
      <w:pPr>
        <w:pStyle w:val="Heading4"/>
      </w:pPr>
      <w:r>
        <w:t>支持RS-485接口协议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1349654"/>
            <wp:docPr id="60" name="Picture 6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c6abcc2c01c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34965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标准RS485协议，兼容多摩川绝对值编码器</w:t>
      </w:r>
    </w:p>
    <w:p>
      <w:pPr>
        <w:pStyle w:val="Heading4"/>
      </w:pPr>
      <w:r>
        <w:t>产品参数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型号</w:t>
            </w:r>
          </w:p>
        </w:tc>
        <w:tc>
          <w:tcPr>
            <w:tcW w:type="dxa" w:w="4320"/>
          </w:tcPr>
          <w:p>
            <w:r>
              <w:t>eCoder35H</w:t>
            </w:r>
          </w:p>
        </w:tc>
      </w:tr>
      <w:tr>
        <w:tc>
          <w:tcPr>
            <w:tcW w:type="dxa" w:w="4320"/>
          </w:tcPr>
          <w:p>
            <w:r>
              <w:t>安装方式</w:t>
            </w:r>
          </w:p>
        </w:tc>
        <w:tc>
          <w:tcPr>
            <w:tcW w:type="dxa" w:w="4320"/>
          </w:tcPr>
          <w:p>
            <w:r>
              <w:t>分体式</w:t>
            </w:r>
          </w:p>
        </w:tc>
      </w:tr>
      <w:tr>
        <w:tc>
          <w:tcPr>
            <w:tcW w:type="dxa" w:w="4320"/>
          </w:tcPr>
          <w:p>
            <w:r>
              <w:t>中空直径</w:t>
            </w:r>
          </w:p>
        </w:tc>
        <w:tc>
          <w:tcPr>
            <w:tcW w:type="dxa" w:w="4320"/>
          </w:tcPr>
          <w:p>
            <w:r>
              <w:t>35mm</w:t>
            </w:r>
          </w:p>
        </w:tc>
      </w:tr>
      <w:tr>
        <w:tc>
          <w:tcPr>
            <w:tcW w:type="dxa" w:w="4320"/>
          </w:tcPr>
          <w:p>
            <w:r>
              <w:t>外径</w:t>
            </w:r>
          </w:p>
        </w:tc>
        <w:tc>
          <w:tcPr>
            <w:tcW w:type="dxa" w:w="4320"/>
          </w:tcPr>
          <w:p>
            <w:r>
              <w:t>55mm</w:t>
            </w:r>
          </w:p>
        </w:tc>
      </w:tr>
      <w:tr>
        <w:tc>
          <w:tcPr>
            <w:tcW w:type="dxa" w:w="4320"/>
          </w:tcPr>
          <w:p>
            <w:r>
              <w:t>厚度</w:t>
            </w:r>
          </w:p>
        </w:tc>
        <w:tc>
          <w:tcPr>
            <w:tcW w:type="dxa" w:w="4320"/>
          </w:tcPr>
          <w:p>
            <w:r>
              <w:t>8.6mm</w:t>
            </w:r>
          </w:p>
        </w:tc>
      </w:tr>
      <w:tr>
        <w:tc>
          <w:tcPr>
            <w:tcW w:type="dxa" w:w="4320"/>
          </w:tcPr>
          <w:p>
            <w:r>
              <w:t>分辨率</w:t>
            </w:r>
          </w:p>
        </w:tc>
        <w:tc>
          <w:tcPr>
            <w:tcW w:type="dxa" w:w="4320"/>
          </w:tcPr>
          <w:p>
            <w:r>
              <w:t>21Bits</w:t>
            </w:r>
          </w:p>
        </w:tc>
      </w:tr>
      <w:tr>
        <w:tc>
          <w:tcPr>
            <w:tcW w:type="dxa" w:w="4320"/>
          </w:tcPr>
          <w:p>
            <w:r>
              <w:t>重复定位精度</w:t>
            </w:r>
          </w:p>
        </w:tc>
        <w:tc>
          <w:tcPr>
            <w:tcW w:type="dxa" w:w="4320"/>
          </w:tcPr>
          <w:p>
            <w:r>
              <w:t>±2.5＂</w:t>
            </w:r>
          </w:p>
        </w:tc>
      </w:tr>
      <w:tr>
        <w:tc>
          <w:tcPr>
            <w:tcW w:type="dxa" w:w="4320"/>
          </w:tcPr>
          <w:p>
            <w:r>
              <w:t>最大绝对误差</w:t>
            </w:r>
          </w:p>
        </w:tc>
        <w:tc>
          <w:tcPr>
            <w:tcW w:type="dxa" w:w="4320"/>
          </w:tcPr>
          <w:p>
            <w:r>
              <w:t>&lt;0.02°</w:t>
            </w:r>
          </w:p>
        </w:tc>
      </w:tr>
      <w:tr>
        <w:tc>
          <w:tcPr>
            <w:tcW w:type="dxa" w:w="4320"/>
          </w:tcPr>
          <w:p>
            <w:r>
              <w:t>位置更新频率</w:t>
            </w:r>
          </w:p>
        </w:tc>
        <w:tc>
          <w:tcPr>
            <w:tcW w:type="dxa" w:w="4320"/>
          </w:tcPr>
          <w:p>
            <w:r>
              <w:t>&gt;50KHz</w:t>
            </w:r>
          </w:p>
        </w:tc>
      </w:tr>
      <w:tr>
        <w:tc>
          <w:tcPr>
            <w:tcW w:type="dxa" w:w="4320"/>
          </w:tcPr>
          <w:p>
            <w:r>
              <w:t>接口协议</w:t>
            </w:r>
          </w:p>
        </w:tc>
        <w:tc>
          <w:tcPr>
            <w:tcW w:type="dxa" w:w="4320"/>
          </w:tcPr>
          <w:p>
            <w:r>
              <w:t>RS485</w:t>
            </w:r>
          </w:p>
        </w:tc>
      </w:tr>
      <w:tr>
        <w:tc>
          <w:tcPr>
            <w:tcW w:type="dxa" w:w="4320"/>
          </w:tcPr>
          <w:p>
            <w:r>
              <w:t>接口设计</w:t>
            </w:r>
          </w:p>
        </w:tc>
        <w:tc>
          <w:tcPr>
            <w:tcW w:type="dxa" w:w="4320"/>
          </w:tcPr>
          <w:p>
            <w:r>
              <w:t>全差分接口设计，抗干扰能力强</w:t>
            </w:r>
          </w:p>
        </w:tc>
      </w:tr>
    </w:tbl>
    <w:p>
      <w:pPr>
        <w:pStyle w:val="Heading4"/>
      </w:pPr>
      <w:r>
        <w:t>产品型号</w:t>
      </w:r>
    </w:p>
    <w:p>
      <w:r>
        <w:t>• 产品系列eCoder零差云控编码器系列</w:t>
      </w:r>
    </w:p>
    <w:p>
      <w:r>
        <w:t>• 编码器尺寸35H11内径11mm，外径30mm18内径18mm，外径33.5mm20内径20mm，外径33.5mm35内径35mm，外径55mm35H内径35mm，外径55mm45内径45mm，外径64mm65内径65mm，外径84mm内径35mm，外径55mm</w:t>
      </w:r>
    </w:p>
    <w:p>
      <w:r>
        <w:t>• 码盘类型SS单圈绝对值M多圈绝对值单圈绝对值</w:t>
      </w:r>
    </w:p>
    <w:p>
      <w:r>
        <w:t>• 通信类型RRRS485串口通信RS485串口通信</w:t>
      </w:r>
    </w:p>
    <w:p>
      <w:r>
        <w:t>• 分辨率21B17B17位分辨率18B18位分辨率19B19位分辨率20B20位分辨率21B21位分辨率21位分辨率</w:t>
      </w:r>
    </w:p>
    <w:p>
      <w:pPr>
        <w:pStyle w:val="Heading3"/>
      </w:pPr>
      <w:r>
        <w:t>产品型号参数剖析</w:t>
      </w:r>
    </w:p>
    <w:p>
      <w:pPr>
        <w:pStyle w:val="Heading5"/>
      </w:pPr>
      <w:r>
        <w:t>（以eCoder35HS-R21B为例）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>
        <w:tc>
          <w:tcPr>
            <w:tcW w:type="dxa" w:w="617"/>
          </w:tcPr>
          <w:p>
            <w:r>
              <w:t>eCoder</w:t>
            </w:r>
          </w:p>
        </w:tc>
        <w:tc>
          <w:tcPr>
            <w:tcW w:type="dxa" w:w="617"/>
          </w:tcPr>
          <w:p>
            <w:r>
              <w:t>本公司在售编码器系列产品命名的前缀。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35H</w:t>
            </w:r>
          </w:p>
        </w:tc>
        <w:tc>
          <w:tcPr>
            <w:tcW w:type="dxa" w:w="617"/>
          </w:tcPr>
          <w:p>
            <w:r>
              <w:t>指编码器中间的通孔直径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S</w:t>
            </w:r>
          </w:p>
        </w:tc>
        <w:tc>
          <w:tcPr>
            <w:tcW w:type="dxa" w:w="617"/>
          </w:tcPr>
          <w:p>
            <w:r>
              <w:t>多圈绝对值编码器（M）可在未通电的情况下持续记录运行角度，多圈功能需要电池并在包装内提供；单圈编码器（S）的在启动时，只能提供输出端的角度绝对值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R</w:t>
            </w:r>
          </w:p>
        </w:tc>
        <w:tc>
          <w:tcPr>
            <w:tcW w:type="dxa" w:w="617"/>
          </w:tcPr>
          <w:p>
            <w:r>
              <w:t>编码器与关节的通信类型R表示采用RS485串口通信通信协议详见手册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即表示编码器的分辨率分辨率支持型号17B支持全部型号18B支持全部型号19B支持全部型号20B支持eCoder35/45/65/35H21B仅支持eCoder35H</w:t>
            </w:r>
          </w:p>
        </w:tc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</w:tr>
      <w:tr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</w:tbl>
    <w:p>
      <w:pPr>
        <w:pStyle w:val="Heading3"/>
      </w:pPr>
      <w:r>
        <w:t>资料下载</w:t>
      </w:r>
    </w:p>
    <w:p>
      <w:r>
        <w:t>• eCoder编码器手册eCoder35H_2D安装图纸eCoder35H_3D模型产品使用资料下载</w:t>
      </w:r>
    </w:p>
    <w:p>
      <w:pPr>
        <w:pStyle w:val="Heading3"/>
      </w:pPr>
      <w:r>
        <w:t>联系我们</w:t>
      </w:r>
    </w:p>
    <w:p>
      <w:r>
        <w:t>售前咨询：电话：134 8079 6208邮箱：sales@zeroerr.com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033800"/>
            <wp:docPr id="61" name="Picture 6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4ecaec1150a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033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1"/>
      </w:pPr>
      <w:r>
        <w:t>型号：eCoder45</w:t>
      </w:r>
    </w:p>
    <w:p>
      <w:r>
        <w:rPr>
          <w:i/>
        </w:rPr>
        <w:t>原文链接: https://www.zeroerr.cn/eCoder/eCoder45.html</w:t>
      </w:r>
    </w:p>
    <w:p>
      <w:pPr>
        <w:pStyle w:val="Heading3"/>
      </w:pPr>
      <w:r>
        <w:t>eCoder45</w:t>
      </w:r>
    </w:p>
    <w:p>
      <w:pPr>
        <w:pStyle w:val="Heading3"/>
      </w:pPr>
      <w:r>
        <w:t>绝对值编码器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095625"/>
            <wp:docPr id="62" name="Picture 6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6c6b9558daf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956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产品特点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411980"/>
            <wp:docPr id="63" name="Picture 6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d8a7ab6f129d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45MM大中孔</w:t>
      </w:r>
    </w:p>
    <w:p>
      <w:r>
        <w:t>体积小巧，平均厚度仅2.5mm非接触式、多圈绝对式。可穿过机械结构、线缆、气路等。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308985"/>
            <wp:docPr id="64" name="Picture 6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69e57001db2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30898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20位多圈绝对值</w:t>
      </w:r>
    </w:p>
    <w:p>
      <w:r>
        <w:t>高达20位的分辨率及216计圈圈数</w:t>
      </w:r>
    </w:p>
    <w:p>
      <w:r>
        <w:t>可编程并存储的逐点位置补偿，</w:t>
      </w:r>
    </w:p>
    <w:p>
      <w:r>
        <w:t>使编码器重复定位精度到达前所未有的±5″。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114800"/>
            <wp:docPr id="65" name="Picture 6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61b679c8382f.pn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安装方便</w:t>
      </w:r>
    </w:p>
    <w:p>
      <w:r>
        <w:t>高达45mm直径中孔，</w:t>
      </w:r>
    </w:p>
    <w:p>
      <w:r>
        <w:t>可允许穿过机械结构、</w:t>
      </w:r>
    </w:p>
    <w:p>
      <w:r>
        <w:t>线缆、气路等</w:t>
      </w:r>
    </w:p>
    <w:p>
      <w:pPr>
        <w:pStyle w:val="Heading4"/>
      </w:pPr>
      <w:r>
        <w:t>恶劣环境依然适用</w:t>
      </w:r>
    </w:p>
    <w:p>
      <w:r>
        <w:t>• 粉尘</w:t>
      </w:r>
    </w:p>
    <w:p>
      <w:r>
        <w:t>• 重油污</w:t>
      </w:r>
    </w:p>
    <w:p>
      <w:r>
        <w:t>• 高低温</w:t>
      </w:r>
    </w:p>
    <w:p>
      <w:r>
        <w:t>• 复杂电磁环境</w:t>
      </w:r>
    </w:p>
    <w:p>
      <w:r>
        <w:t>• 恶劣环境仍然可靠运行</w:t>
      </w:r>
    </w:p>
    <w:p>
      <w:r>
        <w:t>• 高达0.1mm的装配容许误差。</w:t>
      </w:r>
    </w:p>
    <w:p>
      <w:r>
        <w:t>• 内置EEPROM可编程并保存的零位。</w:t>
      </w:r>
    </w:p>
    <w:p>
      <w:r>
        <w:t>• 精密定位基准，实现快捷并精准的安装。</w:t>
      </w:r>
    </w:p>
    <w:p>
      <w:pPr>
        <w:pStyle w:val="Heading4"/>
      </w:pPr>
      <w:r>
        <w:t>支持RS-485接口协议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1349654"/>
            <wp:docPr id="66" name="Picture 6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c6abcc2c01c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34965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标准RS485协议，兼容多摩川绝对值编码器</w:t>
      </w:r>
    </w:p>
    <w:p>
      <w:pPr>
        <w:pStyle w:val="Heading4"/>
      </w:pPr>
      <w:r>
        <w:t>产品参数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型号</w:t>
            </w:r>
          </w:p>
        </w:tc>
        <w:tc>
          <w:tcPr>
            <w:tcW w:type="dxa" w:w="4320"/>
          </w:tcPr>
          <w:p>
            <w:r>
              <w:t>eCoder45</w:t>
            </w:r>
          </w:p>
        </w:tc>
      </w:tr>
      <w:tr>
        <w:tc>
          <w:tcPr>
            <w:tcW w:type="dxa" w:w="4320"/>
          </w:tcPr>
          <w:p>
            <w:r>
              <w:t>安装方式</w:t>
            </w:r>
          </w:p>
        </w:tc>
        <w:tc>
          <w:tcPr>
            <w:tcW w:type="dxa" w:w="4320"/>
          </w:tcPr>
          <w:p>
            <w:r>
              <w:t>分体式</w:t>
            </w:r>
          </w:p>
        </w:tc>
      </w:tr>
      <w:tr>
        <w:tc>
          <w:tcPr>
            <w:tcW w:type="dxa" w:w="4320"/>
          </w:tcPr>
          <w:p>
            <w:r>
              <w:t>中空直径</w:t>
            </w:r>
          </w:p>
        </w:tc>
        <w:tc>
          <w:tcPr>
            <w:tcW w:type="dxa" w:w="4320"/>
          </w:tcPr>
          <w:p>
            <w:r>
              <w:t>45mm</w:t>
            </w:r>
          </w:p>
        </w:tc>
      </w:tr>
      <w:tr>
        <w:tc>
          <w:tcPr>
            <w:tcW w:type="dxa" w:w="4320"/>
          </w:tcPr>
          <w:p>
            <w:r>
              <w:t>外径</w:t>
            </w:r>
          </w:p>
        </w:tc>
        <w:tc>
          <w:tcPr>
            <w:tcW w:type="dxa" w:w="4320"/>
          </w:tcPr>
          <w:p>
            <w:r>
              <w:t>64mm</w:t>
            </w:r>
          </w:p>
        </w:tc>
      </w:tr>
      <w:tr>
        <w:tc>
          <w:tcPr>
            <w:tcW w:type="dxa" w:w="4320"/>
          </w:tcPr>
          <w:p>
            <w:r>
              <w:t>厚度</w:t>
            </w:r>
          </w:p>
        </w:tc>
        <w:tc>
          <w:tcPr>
            <w:tcW w:type="dxa" w:w="4320"/>
          </w:tcPr>
          <w:p>
            <w:r>
              <w:t>8.6mm</w:t>
            </w:r>
          </w:p>
        </w:tc>
      </w:tr>
      <w:tr>
        <w:tc>
          <w:tcPr>
            <w:tcW w:type="dxa" w:w="4320"/>
          </w:tcPr>
          <w:p>
            <w:r>
              <w:t>分辨率</w:t>
            </w:r>
          </w:p>
        </w:tc>
        <w:tc>
          <w:tcPr>
            <w:tcW w:type="dxa" w:w="4320"/>
          </w:tcPr>
          <w:p>
            <w:r>
              <w:t>20Bits</w:t>
            </w:r>
          </w:p>
        </w:tc>
      </w:tr>
      <w:tr>
        <w:tc>
          <w:tcPr>
            <w:tcW w:type="dxa" w:w="4320"/>
          </w:tcPr>
          <w:p>
            <w:r>
              <w:t>重复定位精度</w:t>
            </w:r>
          </w:p>
        </w:tc>
        <w:tc>
          <w:tcPr>
            <w:tcW w:type="dxa" w:w="4320"/>
          </w:tcPr>
          <w:p>
            <w:r>
              <w:t>±5＂</w:t>
            </w:r>
          </w:p>
        </w:tc>
      </w:tr>
      <w:tr>
        <w:tc>
          <w:tcPr>
            <w:tcW w:type="dxa" w:w="4320"/>
          </w:tcPr>
          <w:p>
            <w:r>
              <w:t>最大绝对误差</w:t>
            </w:r>
          </w:p>
        </w:tc>
        <w:tc>
          <w:tcPr>
            <w:tcW w:type="dxa" w:w="4320"/>
          </w:tcPr>
          <w:p>
            <w:r>
              <w:t>&lt;0.05°</w:t>
            </w:r>
          </w:p>
        </w:tc>
      </w:tr>
      <w:tr>
        <w:tc>
          <w:tcPr>
            <w:tcW w:type="dxa" w:w="4320"/>
          </w:tcPr>
          <w:p>
            <w:r>
              <w:t>位置更新频率</w:t>
            </w:r>
          </w:p>
        </w:tc>
        <w:tc>
          <w:tcPr>
            <w:tcW w:type="dxa" w:w="4320"/>
          </w:tcPr>
          <w:p>
            <w:r>
              <w:t>&gt;50KHz</w:t>
            </w:r>
          </w:p>
        </w:tc>
      </w:tr>
      <w:tr>
        <w:tc>
          <w:tcPr>
            <w:tcW w:type="dxa" w:w="4320"/>
          </w:tcPr>
          <w:p>
            <w:r>
              <w:t>接口协议</w:t>
            </w:r>
          </w:p>
        </w:tc>
        <w:tc>
          <w:tcPr>
            <w:tcW w:type="dxa" w:w="4320"/>
          </w:tcPr>
          <w:p>
            <w:r>
              <w:t>RS485</w:t>
            </w:r>
          </w:p>
        </w:tc>
      </w:tr>
      <w:tr>
        <w:tc>
          <w:tcPr>
            <w:tcW w:type="dxa" w:w="4320"/>
          </w:tcPr>
          <w:p>
            <w:r>
              <w:t>接口设计</w:t>
            </w:r>
          </w:p>
        </w:tc>
        <w:tc>
          <w:tcPr>
            <w:tcW w:type="dxa" w:w="4320"/>
          </w:tcPr>
          <w:p>
            <w:r>
              <w:t>全差分接口设计，抗干扰能力强</w:t>
            </w:r>
          </w:p>
        </w:tc>
      </w:tr>
    </w:tbl>
    <w:p>
      <w:pPr>
        <w:pStyle w:val="Heading4"/>
      </w:pPr>
      <w:r>
        <w:t>产品型号</w:t>
      </w:r>
    </w:p>
    <w:p>
      <w:r>
        <w:t>• 产品系列eCoder零差云控编码器系列</w:t>
      </w:r>
    </w:p>
    <w:p>
      <w:r>
        <w:t>• 编码器尺寸4511内径11mm，外径30mm18内径18mm，外径33.5mm20内径20mm，外径33.5mm35内径35mm，外径55mm35H内径35mm，外径55mm45内径45mm，外径64mm65内径65mm，外径84mm内径45mm，外径64mm</w:t>
      </w:r>
    </w:p>
    <w:p>
      <w:r>
        <w:t>• 码盘类型SS单圈绝对值M多圈绝对值单圈绝对值</w:t>
      </w:r>
    </w:p>
    <w:p>
      <w:r>
        <w:t>• 通信类型RRRS485串口通信RS485串口通信</w:t>
      </w:r>
    </w:p>
    <w:p>
      <w:r>
        <w:t>• 分辨率20B17B17位分辨率18B18位分辨率19B19位分辨率20B20位分辨率21B21位分辨率20位分辨率</w:t>
      </w:r>
    </w:p>
    <w:p>
      <w:pPr>
        <w:pStyle w:val="Heading3"/>
      </w:pPr>
      <w:r>
        <w:t>产品型号参数剖析</w:t>
      </w:r>
    </w:p>
    <w:p>
      <w:pPr>
        <w:pStyle w:val="Heading5"/>
      </w:pPr>
      <w:r>
        <w:t>（以eCoder45S-R20B为例）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>
        <w:tc>
          <w:tcPr>
            <w:tcW w:type="dxa" w:w="617"/>
          </w:tcPr>
          <w:p>
            <w:r>
              <w:t>eCoder</w:t>
            </w:r>
          </w:p>
        </w:tc>
        <w:tc>
          <w:tcPr>
            <w:tcW w:type="dxa" w:w="617"/>
          </w:tcPr>
          <w:p>
            <w:r>
              <w:t>本公司在售编码器系列产品命名的前缀。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45</w:t>
            </w:r>
          </w:p>
        </w:tc>
        <w:tc>
          <w:tcPr>
            <w:tcW w:type="dxa" w:w="617"/>
          </w:tcPr>
          <w:p>
            <w:r>
              <w:t>指编码器中间的通孔直径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S</w:t>
            </w:r>
          </w:p>
        </w:tc>
        <w:tc>
          <w:tcPr>
            <w:tcW w:type="dxa" w:w="617"/>
          </w:tcPr>
          <w:p>
            <w:r>
              <w:t>多圈绝对值编码器（M）可在未通电的情况下持续记录运行角度，多圈功能需要电池并在包装内提供；单圈编码器（S）的在启动时，只能提供输出端的角度绝对值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R</w:t>
            </w:r>
          </w:p>
        </w:tc>
        <w:tc>
          <w:tcPr>
            <w:tcW w:type="dxa" w:w="617"/>
          </w:tcPr>
          <w:p>
            <w:r>
              <w:t>编码器与关节的通信类型R表示采用RS485串口通信通信协议详见手册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即表示编码器的分辨率分辨率支持型号17B支持全部型号18B支持全部型号19B支持全部型号20B支持eCoder35/45/65/35H21B仅支持eCoder35H</w:t>
            </w:r>
          </w:p>
        </w:tc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</w:tr>
      <w:tr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</w:tbl>
    <w:p>
      <w:pPr>
        <w:pStyle w:val="Heading2"/>
      </w:pPr>
      <w:r>
        <w:t>型号：eCoder45</w:t>
      </w:r>
    </w:p>
    <w:p>
      <w:pPr>
        <w:pStyle w:val="Heading3"/>
      </w:pPr>
      <w:r>
        <w:t>eCoder45</w:t>
      </w:r>
    </w:p>
    <w:p>
      <w:pPr>
        <w:pStyle w:val="Heading3"/>
      </w:pPr>
      <w:r>
        <w:t>绝对值编码器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095625"/>
            <wp:docPr id="67" name="Picture 6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6c6b9558daf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956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产品特点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411980"/>
            <wp:docPr id="68" name="Picture 6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d8a7ab6f129d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45MM大中孔</w:t>
      </w:r>
    </w:p>
    <w:p>
      <w:r>
        <w:t>体积小巧，平均厚度仅2.5mm非接触式、多圈绝对式。可穿过机械结构、线缆、气路等。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308985"/>
            <wp:docPr id="69" name="Picture 6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269e57001db2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30898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20位多圈绝对值</w:t>
      </w:r>
    </w:p>
    <w:p>
      <w:r>
        <w:t>高达20位的分辨率及216计圈圈数</w:t>
      </w:r>
    </w:p>
    <w:p>
      <w:r>
        <w:t>可编程并存储的逐点位置补偿，</w:t>
      </w:r>
    </w:p>
    <w:p>
      <w:r>
        <w:t>使编码器重复定位精度到达前所未有的±5″。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114800"/>
            <wp:docPr id="70" name="Picture 7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61b679c8382f.png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安装方便</w:t>
      </w:r>
    </w:p>
    <w:p>
      <w:r>
        <w:t>高达45mm直径中孔，</w:t>
      </w:r>
    </w:p>
    <w:p>
      <w:r>
        <w:t>可允许穿过机械结构、</w:t>
      </w:r>
    </w:p>
    <w:p>
      <w:r>
        <w:t>线缆、气路等</w:t>
      </w:r>
    </w:p>
    <w:p>
      <w:pPr>
        <w:pStyle w:val="Heading4"/>
      </w:pPr>
      <w:r>
        <w:t>恶劣环境依然适用</w:t>
      </w:r>
    </w:p>
    <w:p>
      <w:r>
        <w:t>• 粉尘</w:t>
      </w:r>
    </w:p>
    <w:p>
      <w:r>
        <w:t>• 重油污</w:t>
      </w:r>
    </w:p>
    <w:p>
      <w:r>
        <w:t>• 高低温</w:t>
      </w:r>
    </w:p>
    <w:p>
      <w:r>
        <w:t>• 复杂电磁环境</w:t>
      </w:r>
    </w:p>
    <w:p>
      <w:r>
        <w:t>• 恶劣环境仍然可靠运行</w:t>
      </w:r>
    </w:p>
    <w:p>
      <w:r>
        <w:t>• 高达0.1mm的装配容许误差。</w:t>
      </w:r>
    </w:p>
    <w:p>
      <w:r>
        <w:t>• 内置EEPROM可编程并保存的零位。</w:t>
      </w:r>
    </w:p>
    <w:p>
      <w:r>
        <w:t>• 精密定位基准，实现快捷并精准的安装。</w:t>
      </w:r>
    </w:p>
    <w:p>
      <w:pPr>
        <w:pStyle w:val="Heading4"/>
      </w:pPr>
      <w:r>
        <w:t>支持RS-485接口协议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1349654"/>
            <wp:docPr id="71" name="Picture 7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c6abcc2c01c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34965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标准RS485协议，兼容多摩川绝对值编码器</w:t>
      </w:r>
    </w:p>
    <w:p>
      <w:pPr>
        <w:pStyle w:val="Heading4"/>
      </w:pPr>
      <w:r>
        <w:t>产品参数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型号</w:t>
            </w:r>
          </w:p>
        </w:tc>
        <w:tc>
          <w:tcPr>
            <w:tcW w:type="dxa" w:w="4320"/>
          </w:tcPr>
          <w:p>
            <w:r>
              <w:t>eCoder45</w:t>
            </w:r>
          </w:p>
        </w:tc>
      </w:tr>
      <w:tr>
        <w:tc>
          <w:tcPr>
            <w:tcW w:type="dxa" w:w="4320"/>
          </w:tcPr>
          <w:p>
            <w:r>
              <w:t>安装方式</w:t>
            </w:r>
          </w:p>
        </w:tc>
        <w:tc>
          <w:tcPr>
            <w:tcW w:type="dxa" w:w="4320"/>
          </w:tcPr>
          <w:p>
            <w:r>
              <w:t>分体式</w:t>
            </w:r>
          </w:p>
        </w:tc>
      </w:tr>
      <w:tr>
        <w:tc>
          <w:tcPr>
            <w:tcW w:type="dxa" w:w="4320"/>
          </w:tcPr>
          <w:p>
            <w:r>
              <w:t>中空直径</w:t>
            </w:r>
          </w:p>
        </w:tc>
        <w:tc>
          <w:tcPr>
            <w:tcW w:type="dxa" w:w="4320"/>
          </w:tcPr>
          <w:p>
            <w:r>
              <w:t>45mm</w:t>
            </w:r>
          </w:p>
        </w:tc>
      </w:tr>
      <w:tr>
        <w:tc>
          <w:tcPr>
            <w:tcW w:type="dxa" w:w="4320"/>
          </w:tcPr>
          <w:p>
            <w:r>
              <w:t>外径</w:t>
            </w:r>
          </w:p>
        </w:tc>
        <w:tc>
          <w:tcPr>
            <w:tcW w:type="dxa" w:w="4320"/>
          </w:tcPr>
          <w:p>
            <w:r>
              <w:t>64mm</w:t>
            </w:r>
          </w:p>
        </w:tc>
      </w:tr>
      <w:tr>
        <w:tc>
          <w:tcPr>
            <w:tcW w:type="dxa" w:w="4320"/>
          </w:tcPr>
          <w:p>
            <w:r>
              <w:t>厚度</w:t>
            </w:r>
          </w:p>
        </w:tc>
        <w:tc>
          <w:tcPr>
            <w:tcW w:type="dxa" w:w="4320"/>
          </w:tcPr>
          <w:p>
            <w:r>
              <w:t>8.6mm</w:t>
            </w:r>
          </w:p>
        </w:tc>
      </w:tr>
      <w:tr>
        <w:tc>
          <w:tcPr>
            <w:tcW w:type="dxa" w:w="4320"/>
          </w:tcPr>
          <w:p>
            <w:r>
              <w:t>分辨率</w:t>
            </w:r>
          </w:p>
        </w:tc>
        <w:tc>
          <w:tcPr>
            <w:tcW w:type="dxa" w:w="4320"/>
          </w:tcPr>
          <w:p>
            <w:r>
              <w:t>20Bits</w:t>
            </w:r>
          </w:p>
        </w:tc>
      </w:tr>
      <w:tr>
        <w:tc>
          <w:tcPr>
            <w:tcW w:type="dxa" w:w="4320"/>
          </w:tcPr>
          <w:p>
            <w:r>
              <w:t>重复定位精度</w:t>
            </w:r>
          </w:p>
        </w:tc>
        <w:tc>
          <w:tcPr>
            <w:tcW w:type="dxa" w:w="4320"/>
          </w:tcPr>
          <w:p>
            <w:r>
              <w:t>±5＂</w:t>
            </w:r>
          </w:p>
        </w:tc>
      </w:tr>
      <w:tr>
        <w:tc>
          <w:tcPr>
            <w:tcW w:type="dxa" w:w="4320"/>
          </w:tcPr>
          <w:p>
            <w:r>
              <w:t>最大绝对误差</w:t>
            </w:r>
          </w:p>
        </w:tc>
        <w:tc>
          <w:tcPr>
            <w:tcW w:type="dxa" w:w="4320"/>
          </w:tcPr>
          <w:p>
            <w:r>
              <w:t>&lt;0.05°</w:t>
            </w:r>
          </w:p>
        </w:tc>
      </w:tr>
      <w:tr>
        <w:tc>
          <w:tcPr>
            <w:tcW w:type="dxa" w:w="4320"/>
          </w:tcPr>
          <w:p>
            <w:r>
              <w:t>位置更新频率</w:t>
            </w:r>
          </w:p>
        </w:tc>
        <w:tc>
          <w:tcPr>
            <w:tcW w:type="dxa" w:w="4320"/>
          </w:tcPr>
          <w:p>
            <w:r>
              <w:t>&gt;50KHz</w:t>
            </w:r>
          </w:p>
        </w:tc>
      </w:tr>
      <w:tr>
        <w:tc>
          <w:tcPr>
            <w:tcW w:type="dxa" w:w="4320"/>
          </w:tcPr>
          <w:p>
            <w:r>
              <w:t>接口协议</w:t>
            </w:r>
          </w:p>
        </w:tc>
        <w:tc>
          <w:tcPr>
            <w:tcW w:type="dxa" w:w="4320"/>
          </w:tcPr>
          <w:p>
            <w:r>
              <w:t>RS485</w:t>
            </w:r>
          </w:p>
        </w:tc>
      </w:tr>
      <w:tr>
        <w:tc>
          <w:tcPr>
            <w:tcW w:type="dxa" w:w="4320"/>
          </w:tcPr>
          <w:p>
            <w:r>
              <w:t>接口设计</w:t>
            </w:r>
          </w:p>
        </w:tc>
        <w:tc>
          <w:tcPr>
            <w:tcW w:type="dxa" w:w="4320"/>
          </w:tcPr>
          <w:p>
            <w:r>
              <w:t>全差分接口设计，抗干扰能力强</w:t>
            </w:r>
          </w:p>
        </w:tc>
      </w:tr>
    </w:tbl>
    <w:p>
      <w:pPr>
        <w:pStyle w:val="Heading4"/>
      </w:pPr>
      <w:r>
        <w:t>产品型号</w:t>
      </w:r>
    </w:p>
    <w:p>
      <w:r>
        <w:t>• 产品系列eCoder零差云控编码器系列</w:t>
      </w:r>
    </w:p>
    <w:p>
      <w:r>
        <w:t>• 编码器尺寸4511内径11mm，外径30mm18内径18mm，外径33.5mm20内径20mm，外径33.5mm35内径35mm，外径55mm35H内径35mm，外径55mm45内径45mm，外径64mm65内径65mm，外径84mm内径45mm，外径64mm</w:t>
      </w:r>
    </w:p>
    <w:p>
      <w:r>
        <w:t>• 码盘类型SS单圈绝对值M多圈绝对值单圈绝对值</w:t>
      </w:r>
    </w:p>
    <w:p>
      <w:r>
        <w:t>• 通信类型RRRS485串口通信RS485串口通信</w:t>
      </w:r>
    </w:p>
    <w:p>
      <w:r>
        <w:t>• 分辨率20B17B17位分辨率18B18位分辨率19B19位分辨率20B20位分辨率21B21位分辨率20位分辨率</w:t>
      </w:r>
    </w:p>
    <w:p>
      <w:pPr>
        <w:pStyle w:val="Heading3"/>
      </w:pPr>
      <w:r>
        <w:t>产品型号参数剖析</w:t>
      </w:r>
    </w:p>
    <w:p>
      <w:pPr>
        <w:pStyle w:val="Heading5"/>
      </w:pPr>
      <w:r>
        <w:t>（以eCoder45S-R20B为例）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>
        <w:tc>
          <w:tcPr>
            <w:tcW w:type="dxa" w:w="617"/>
          </w:tcPr>
          <w:p>
            <w:r>
              <w:t>eCoder</w:t>
            </w:r>
          </w:p>
        </w:tc>
        <w:tc>
          <w:tcPr>
            <w:tcW w:type="dxa" w:w="617"/>
          </w:tcPr>
          <w:p>
            <w:r>
              <w:t>本公司在售编码器系列产品命名的前缀。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45</w:t>
            </w:r>
          </w:p>
        </w:tc>
        <w:tc>
          <w:tcPr>
            <w:tcW w:type="dxa" w:w="617"/>
          </w:tcPr>
          <w:p>
            <w:r>
              <w:t>指编码器中间的通孔直径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S</w:t>
            </w:r>
          </w:p>
        </w:tc>
        <w:tc>
          <w:tcPr>
            <w:tcW w:type="dxa" w:w="617"/>
          </w:tcPr>
          <w:p>
            <w:r>
              <w:t>多圈绝对值编码器（M）可在未通电的情况下持续记录运行角度，多圈功能需要电池并在包装内提供；单圈编码器（S）的在启动时，只能提供输出端的角度绝对值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R</w:t>
            </w:r>
          </w:p>
        </w:tc>
        <w:tc>
          <w:tcPr>
            <w:tcW w:type="dxa" w:w="617"/>
          </w:tcPr>
          <w:p>
            <w:r>
              <w:t>编码器与关节的通信类型R表示采用RS485串口通信通信协议详见手册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即表示编码器的分辨率分辨率支持型号17B支持全部型号18B支持全部型号19B支持全部型号20B支持eCoder35/45/65/35H21B仅支持eCoder35H</w:t>
            </w:r>
          </w:p>
        </w:tc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</w:tr>
      <w:tr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</w:tbl>
    <w:p>
      <w:pPr>
        <w:pStyle w:val="Heading3"/>
      </w:pPr>
      <w:r>
        <w:t>资料下载</w:t>
      </w:r>
    </w:p>
    <w:p>
      <w:r>
        <w:t>• eCoder编码器手册eCoder45_2D安装图纸eCoder45_3D模型产品使用资料下载</w:t>
      </w:r>
    </w:p>
    <w:p>
      <w:pPr>
        <w:pStyle w:val="Heading3"/>
      </w:pPr>
      <w:r>
        <w:t>联系我们</w:t>
      </w:r>
    </w:p>
    <w:p>
      <w:r>
        <w:t>售前咨询：电话：134 8079 6208邮箱：sales@zeroerr.com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033800"/>
            <wp:docPr id="72" name="Picture 7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4ecaec1150a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033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pStyle w:val="Heading1"/>
      </w:pPr>
      <w:r>
        <w:t>型号：eCoder65</w:t>
      </w:r>
    </w:p>
    <w:p>
      <w:r>
        <w:rPr>
          <w:i/>
        </w:rPr>
        <w:t>原文链接: https://www.zeroerr.cn/eCoder/eCoder65.html</w:t>
      </w:r>
    </w:p>
    <w:p>
      <w:pPr>
        <w:pStyle w:val="Heading3"/>
      </w:pPr>
      <w:r>
        <w:t>eCoder65</w:t>
      </w:r>
    </w:p>
    <w:p>
      <w:pPr>
        <w:pStyle w:val="Heading3"/>
      </w:pPr>
      <w:r>
        <w:t>绝对值编码器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095625"/>
            <wp:docPr id="73" name="Picture 7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734f99a3b3c9.pn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956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产品特点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411980"/>
            <wp:docPr id="74" name="Picture 7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724ffec0005c.pn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65MM大中孔</w:t>
      </w:r>
    </w:p>
    <w:p>
      <w:r>
        <w:t>体积小巧，平均厚度仅2.5mm非接触式、多圈绝对式。可穿过机械结构、线缆、气路等。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308985"/>
            <wp:docPr id="75" name="Picture 7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53add2cf20eb.pn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30898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20位多圈绝对值</w:t>
      </w:r>
    </w:p>
    <w:p>
      <w:r>
        <w:t>高达20位的分辨率及216计圈圈数</w:t>
      </w:r>
    </w:p>
    <w:p>
      <w:r>
        <w:t>可编程并存储的逐点位置补偿，</w:t>
      </w:r>
    </w:p>
    <w:p>
      <w:r>
        <w:t>使编码器重复定位精度到达前所未有的±5″。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114800"/>
            <wp:docPr id="76" name="Picture 7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9449e29e7297.png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安装方便</w:t>
      </w:r>
    </w:p>
    <w:p>
      <w:r>
        <w:t>高达65mm直径中孔，</w:t>
      </w:r>
    </w:p>
    <w:p>
      <w:r>
        <w:t>可允许穿过机械结构、</w:t>
      </w:r>
    </w:p>
    <w:p>
      <w:r>
        <w:t>线缆、气路等</w:t>
      </w:r>
    </w:p>
    <w:p>
      <w:pPr>
        <w:pStyle w:val="Heading4"/>
      </w:pPr>
      <w:r>
        <w:t>恶劣环境依然适用</w:t>
      </w:r>
    </w:p>
    <w:p>
      <w:r>
        <w:t>• 粉尘</w:t>
      </w:r>
    </w:p>
    <w:p>
      <w:r>
        <w:t>• 重油污</w:t>
      </w:r>
    </w:p>
    <w:p>
      <w:r>
        <w:t>• 高低温</w:t>
      </w:r>
    </w:p>
    <w:p>
      <w:r>
        <w:t>• 复杂电磁环境</w:t>
      </w:r>
    </w:p>
    <w:p>
      <w:r>
        <w:t>• 恶劣环境仍然可靠运行</w:t>
      </w:r>
    </w:p>
    <w:p>
      <w:r>
        <w:t>• 高达0.1mm的装配容许误差。</w:t>
      </w:r>
    </w:p>
    <w:p>
      <w:r>
        <w:t>• 内置EEPROM可编程并保存的零位。</w:t>
      </w:r>
    </w:p>
    <w:p>
      <w:r>
        <w:t>• 精密定位基准，实现快捷并精准的安装。</w:t>
      </w:r>
    </w:p>
    <w:p>
      <w:pPr>
        <w:pStyle w:val="Heading4"/>
      </w:pPr>
      <w:r>
        <w:t>支持RS-485接口协议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1349654"/>
            <wp:docPr id="77" name="Picture 7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c6abcc2c01c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34965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标准RS485协议，兼容多摩川绝对值编码器</w:t>
      </w:r>
    </w:p>
    <w:p>
      <w:pPr>
        <w:pStyle w:val="Heading4"/>
      </w:pPr>
      <w:r>
        <w:t>产品参数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型号</w:t>
            </w:r>
          </w:p>
        </w:tc>
        <w:tc>
          <w:tcPr>
            <w:tcW w:type="dxa" w:w="4320"/>
          </w:tcPr>
          <w:p>
            <w:r>
              <w:t>eCoder65</w:t>
            </w:r>
          </w:p>
        </w:tc>
      </w:tr>
      <w:tr>
        <w:tc>
          <w:tcPr>
            <w:tcW w:type="dxa" w:w="4320"/>
          </w:tcPr>
          <w:p>
            <w:r>
              <w:t>安装方式</w:t>
            </w:r>
          </w:p>
        </w:tc>
        <w:tc>
          <w:tcPr>
            <w:tcW w:type="dxa" w:w="4320"/>
          </w:tcPr>
          <w:p>
            <w:r>
              <w:t>分体式</w:t>
            </w:r>
          </w:p>
        </w:tc>
      </w:tr>
      <w:tr>
        <w:tc>
          <w:tcPr>
            <w:tcW w:type="dxa" w:w="4320"/>
          </w:tcPr>
          <w:p>
            <w:r>
              <w:t>中空直径</w:t>
            </w:r>
          </w:p>
        </w:tc>
        <w:tc>
          <w:tcPr>
            <w:tcW w:type="dxa" w:w="4320"/>
          </w:tcPr>
          <w:p>
            <w:r>
              <w:t>65mm</w:t>
            </w:r>
          </w:p>
        </w:tc>
      </w:tr>
      <w:tr>
        <w:tc>
          <w:tcPr>
            <w:tcW w:type="dxa" w:w="4320"/>
          </w:tcPr>
          <w:p>
            <w:r>
              <w:t>外径</w:t>
            </w:r>
          </w:p>
        </w:tc>
        <w:tc>
          <w:tcPr>
            <w:tcW w:type="dxa" w:w="4320"/>
          </w:tcPr>
          <w:p>
            <w:r>
              <w:t>84mm</w:t>
            </w:r>
          </w:p>
        </w:tc>
      </w:tr>
      <w:tr>
        <w:tc>
          <w:tcPr>
            <w:tcW w:type="dxa" w:w="4320"/>
          </w:tcPr>
          <w:p>
            <w:r>
              <w:t>厚度</w:t>
            </w:r>
          </w:p>
        </w:tc>
        <w:tc>
          <w:tcPr>
            <w:tcW w:type="dxa" w:w="4320"/>
          </w:tcPr>
          <w:p>
            <w:r>
              <w:t>8.8mm</w:t>
            </w:r>
          </w:p>
        </w:tc>
      </w:tr>
      <w:tr>
        <w:tc>
          <w:tcPr>
            <w:tcW w:type="dxa" w:w="4320"/>
          </w:tcPr>
          <w:p>
            <w:r>
              <w:t>分辨率</w:t>
            </w:r>
          </w:p>
        </w:tc>
        <w:tc>
          <w:tcPr>
            <w:tcW w:type="dxa" w:w="4320"/>
          </w:tcPr>
          <w:p>
            <w:r>
              <w:t>20Bits</w:t>
            </w:r>
          </w:p>
        </w:tc>
      </w:tr>
      <w:tr>
        <w:tc>
          <w:tcPr>
            <w:tcW w:type="dxa" w:w="4320"/>
          </w:tcPr>
          <w:p>
            <w:r>
              <w:t>重复定位精度</w:t>
            </w:r>
          </w:p>
        </w:tc>
        <w:tc>
          <w:tcPr>
            <w:tcW w:type="dxa" w:w="4320"/>
          </w:tcPr>
          <w:p>
            <w:r>
              <w:t>±5＂</w:t>
            </w:r>
          </w:p>
        </w:tc>
      </w:tr>
      <w:tr>
        <w:tc>
          <w:tcPr>
            <w:tcW w:type="dxa" w:w="4320"/>
          </w:tcPr>
          <w:p>
            <w:r>
              <w:t>最大绝对误差</w:t>
            </w:r>
          </w:p>
        </w:tc>
        <w:tc>
          <w:tcPr>
            <w:tcW w:type="dxa" w:w="4320"/>
          </w:tcPr>
          <w:p>
            <w:r>
              <w:t>&lt;0.04°</w:t>
            </w:r>
          </w:p>
        </w:tc>
      </w:tr>
      <w:tr>
        <w:tc>
          <w:tcPr>
            <w:tcW w:type="dxa" w:w="4320"/>
          </w:tcPr>
          <w:p>
            <w:r>
              <w:t>位置更新频率</w:t>
            </w:r>
          </w:p>
        </w:tc>
        <w:tc>
          <w:tcPr>
            <w:tcW w:type="dxa" w:w="4320"/>
          </w:tcPr>
          <w:p>
            <w:r>
              <w:t>&gt;50KHz</w:t>
            </w:r>
          </w:p>
        </w:tc>
      </w:tr>
      <w:tr>
        <w:tc>
          <w:tcPr>
            <w:tcW w:type="dxa" w:w="4320"/>
          </w:tcPr>
          <w:p>
            <w:r>
              <w:t>接口协议</w:t>
            </w:r>
          </w:p>
        </w:tc>
        <w:tc>
          <w:tcPr>
            <w:tcW w:type="dxa" w:w="4320"/>
          </w:tcPr>
          <w:p>
            <w:r>
              <w:t>RS485</w:t>
            </w:r>
          </w:p>
        </w:tc>
      </w:tr>
      <w:tr>
        <w:tc>
          <w:tcPr>
            <w:tcW w:type="dxa" w:w="4320"/>
          </w:tcPr>
          <w:p>
            <w:r>
              <w:t>接口设计</w:t>
            </w:r>
          </w:p>
        </w:tc>
        <w:tc>
          <w:tcPr>
            <w:tcW w:type="dxa" w:w="4320"/>
          </w:tcPr>
          <w:p>
            <w:r>
              <w:t>全差分接口设计，抗干扰能力强</w:t>
            </w:r>
          </w:p>
        </w:tc>
      </w:tr>
    </w:tbl>
    <w:p>
      <w:pPr>
        <w:pStyle w:val="Heading4"/>
      </w:pPr>
      <w:r>
        <w:t>产品型号</w:t>
      </w:r>
    </w:p>
    <w:p>
      <w:r>
        <w:t>• 产品系列eCoder零差云控编码器系列</w:t>
      </w:r>
    </w:p>
    <w:p>
      <w:r>
        <w:t>• 编码器尺寸6511内径11mm，外径30mm18内径18mm，外径33.5mm20内径20mm，外径33.5mm35内径35mm，外径55mm35H内径35mm，外径55mm45内径45mm，外径64mm65内径65mm，外径84mm内径65mm，外径84mm</w:t>
      </w:r>
    </w:p>
    <w:p>
      <w:r>
        <w:t>• 码盘类型SS单圈绝对值M多圈绝对值单圈绝对值</w:t>
      </w:r>
    </w:p>
    <w:p>
      <w:r>
        <w:t>• 通信类型RRRS485串口通信RS485串口通信</w:t>
      </w:r>
    </w:p>
    <w:p>
      <w:r>
        <w:t>• 分辨率20B17B17位分辨率18B18位分辨率19B19位分辨率20B20位分辨率21B21位分辨率20位分辨率</w:t>
      </w:r>
    </w:p>
    <w:p>
      <w:pPr>
        <w:pStyle w:val="Heading3"/>
      </w:pPr>
      <w:r>
        <w:t>产品型号参数剖析</w:t>
      </w:r>
    </w:p>
    <w:p>
      <w:pPr>
        <w:pStyle w:val="Heading5"/>
      </w:pPr>
      <w:r>
        <w:t>（以eCoder65S-R20B为例）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>
        <w:tc>
          <w:tcPr>
            <w:tcW w:type="dxa" w:w="617"/>
          </w:tcPr>
          <w:p>
            <w:r>
              <w:t>eCoder</w:t>
            </w:r>
          </w:p>
        </w:tc>
        <w:tc>
          <w:tcPr>
            <w:tcW w:type="dxa" w:w="617"/>
          </w:tcPr>
          <w:p>
            <w:r>
              <w:t>本公司在售编码器系列产品命名的前缀。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65</w:t>
            </w:r>
          </w:p>
        </w:tc>
        <w:tc>
          <w:tcPr>
            <w:tcW w:type="dxa" w:w="617"/>
          </w:tcPr>
          <w:p>
            <w:r>
              <w:t>指编码器中间的通孔直径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S</w:t>
            </w:r>
          </w:p>
        </w:tc>
        <w:tc>
          <w:tcPr>
            <w:tcW w:type="dxa" w:w="617"/>
          </w:tcPr>
          <w:p>
            <w:r>
              <w:t>多圈绝对值编码器（M）可在未通电的情况下持续记录运行角度，多圈功能需要电池并在包装内提供；单圈编码器（S）的在启动时，只能提供输出端的角度绝对值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R</w:t>
            </w:r>
          </w:p>
        </w:tc>
        <w:tc>
          <w:tcPr>
            <w:tcW w:type="dxa" w:w="617"/>
          </w:tcPr>
          <w:p>
            <w:r>
              <w:t>编码器与关节的通信类型R表示采用RS485串口通信通信协议详见手册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即表示编码器的分辨率分辨率支持型号17B支持全部型号18B支持全部型号19B支持全部型号20B支持eCoder35/45/65/35H21B仅支持eCoder35H</w:t>
            </w:r>
          </w:p>
        </w:tc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</w:tr>
      <w:tr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</w:tbl>
    <w:p>
      <w:pPr>
        <w:pStyle w:val="Heading2"/>
      </w:pPr>
      <w:r>
        <w:t>型号：eCoder65</w:t>
      </w:r>
    </w:p>
    <w:p>
      <w:pPr>
        <w:pStyle w:val="Heading3"/>
      </w:pPr>
      <w:r>
        <w:t>eCoder65</w:t>
      </w:r>
    </w:p>
    <w:p>
      <w:pPr>
        <w:pStyle w:val="Heading3"/>
      </w:pPr>
      <w:r>
        <w:t>绝对值编码器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095625"/>
            <wp:docPr id="78" name="Picture 7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734f99a3b3c9.png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956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产品特点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411980"/>
            <wp:docPr id="79" name="Picture 7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724ffec0005c.png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411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65MM大中孔</w:t>
      </w:r>
    </w:p>
    <w:p>
      <w:r>
        <w:t>体积小巧，平均厚度仅2.5mm非接触式、多圈绝对式。可穿过机械结构、线缆、气路等。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3308985"/>
            <wp:docPr id="80" name="Picture 8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53add2cf20eb.png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30898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20位多圈绝对值</w:t>
      </w:r>
    </w:p>
    <w:p>
      <w:r>
        <w:t>高达20位的分辨率及216计圈圈数</w:t>
      </w:r>
    </w:p>
    <w:p>
      <w:r>
        <w:t>可编程并存储的逐点位置补偿，</w:t>
      </w:r>
    </w:p>
    <w:p>
      <w:r>
        <w:t>使编码器重复定位精度到达前所未有的±5″。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114800"/>
            <wp:docPr id="81" name="Picture 8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9449e29e7297.png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4"/>
      </w:pPr>
      <w:r>
        <w:t>安装方便</w:t>
      </w:r>
    </w:p>
    <w:p>
      <w:r>
        <w:t>高达65mm直径中孔，</w:t>
      </w:r>
    </w:p>
    <w:p>
      <w:r>
        <w:t>可允许穿过机械结构、</w:t>
      </w:r>
    </w:p>
    <w:p>
      <w:r>
        <w:t>线缆、气路等</w:t>
      </w:r>
    </w:p>
    <w:p>
      <w:pPr>
        <w:pStyle w:val="Heading4"/>
      </w:pPr>
      <w:r>
        <w:t>恶劣环境依然适用</w:t>
      </w:r>
    </w:p>
    <w:p>
      <w:r>
        <w:t>• 粉尘</w:t>
      </w:r>
    </w:p>
    <w:p>
      <w:r>
        <w:t>• 重油污</w:t>
      </w:r>
    </w:p>
    <w:p>
      <w:r>
        <w:t>• 高低温</w:t>
      </w:r>
    </w:p>
    <w:p>
      <w:r>
        <w:t>• 复杂电磁环境</w:t>
      </w:r>
    </w:p>
    <w:p>
      <w:r>
        <w:t>• 恶劣环境仍然可靠运行</w:t>
      </w:r>
    </w:p>
    <w:p>
      <w:r>
        <w:t>• 高达0.1mm的装配容许误差。</w:t>
      </w:r>
    </w:p>
    <w:p>
      <w:r>
        <w:t>• 内置EEPROM可编程并保存的零位。</w:t>
      </w:r>
    </w:p>
    <w:p>
      <w:r>
        <w:t>• 精密定位基准，实现快捷并精准的安装。</w:t>
      </w:r>
    </w:p>
    <w:p>
      <w:pPr>
        <w:pStyle w:val="Heading4"/>
      </w:pPr>
      <w:r>
        <w:t>支持RS-485接口协议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1349654"/>
            <wp:docPr id="82" name="Picture 8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c6abcc2c01c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134965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t>标准RS485协议，兼容多摩川绝对值编码器</w:t>
      </w:r>
    </w:p>
    <w:p>
      <w:pPr>
        <w:pStyle w:val="Heading4"/>
      </w:pPr>
      <w:r>
        <w:t>产品参数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型号</w:t>
            </w:r>
          </w:p>
        </w:tc>
        <w:tc>
          <w:tcPr>
            <w:tcW w:type="dxa" w:w="4320"/>
          </w:tcPr>
          <w:p>
            <w:r>
              <w:t>eCoder65</w:t>
            </w:r>
          </w:p>
        </w:tc>
      </w:tr>
      <w:tr>
        <w:tc>
          <w:tcPr>
            <w:tcW w:type="dxa" w:w="4320"/>
          </w:tcPr>
          <w:p>
            <w:r>
              <w:t>安装方式</w:t>
            </w:r>
          </w:p>
        </w:tc>
        <w:tc>
          <w:tcPr>
            <w:tcW w:type="dxa" w:w="4320"/>
          </w:tcPr>
          <w:p>
            <w:r>
              <w:t>分体式</w:t>
            </w:r>
          </w:p>
        </w:tc>
      </w:tr>
      <w:tr>
        <w:tc>
          <w:tcPr>
            <w:tcW w:type="dxa" w:w="4320"/>
          </w:tcPr>
          <w:p>
            <w:r>
              <w:t>中空直径</w:t>
            </w:r>
          </w:p>
        </w:tc>
        <w:tc>
          <w:tcPr>
            <w:tcW w:type="dxa" w:w="4320"/>
          </w:tcPr>
          <w:p>
            <w:r>
              <w:t>65mm</w:t>
            </w:r>
          </w:p>
        </w:tc>
      </w:tr>
      <w:tr>
        <w:tc>
          <w:tcPr>
            <w:tcW w:type="dxa" w:w="4320"/>
          </w:tcPr>
          <w:p>
            <w:r>
              <w:t>外径</w:t>
            </w:r>
          </w:p>
        </w:tc>
        <w:tc>
          <w:tcPr>
            <w:tcW w:type="dxa" w:w="4320"/>
          </w:tcPr>
          <w:p>
            <w:r>
              <w:t>84mm</w:t>
            </w:r>
          </w:p>
        </w:tc>
      </w:tr>
      <w:tr>
        <w:tc>
          <w:tcPr>
            <w:tcW w:type="dxa" w:w="4320"/>
          </w:tcPr>
          <w:p>
            <w:r>
              <w:t>厚度</w:t>
            </w:r>
          </w:p>
        </w:tc>
        <w:tc>
          <w:tcPr>
            <w:tcW w:type="dxa" w:w="4320"/>
          </w:tcPr>
          <w:p>
            <w:r>
              <w:t>8.8mm</w:t>
            </w:r>
          </w:p>
        </w:tc>
      </w:tr>
      <w:tr>
        <w:tc>
          <w:tcPr>
            <w:tcW w:type="dxa" w:w="4320"/>
          </w:tcPr>
          <w:p>
            <w:r>
              <w:t>分辨率</w:t>
            </w:r>
          </w:p>
        </w:tc>
        <w:tc>
          <w:tcPr>
            <w:tcW w:type="dxa" w:w="4320"/>
          </w:tcPr>
          <w:p>
            <w:r>
              <w:t>20Bits</w:t>
            </w:r>
          </w:p>
        </w:tc>
      </w:tr>
      <w:tr>
        <w:tc>
          <w:tcPr>
            <w:tcW w:type="dxa" w:w="4320"/>
          </w:tcPr>
          <w:p>
            <w:r>
              <w:t>重复定位精度</w:t>
            </w:r>
          </w:p>
        </w:tc>
        <w:tc>
          <w:tcPr>
            <w:tcW w:type="dxa" w:w="4320"/>
          </w:tcPr>
          <w:p>
            <w:r>
              <w:t>±5＂</w:t>
            </w:r>
          </w:p>
        </w:tc>
      </w:tr>
      <w:tr>
        <w:tc>
          <w:tcPr>
            <w:tcW w:type="dxa" w:w="4320"/>
          </w:tcPr>
          <w:p>
            <w:r>
              <w:t>最大绝对误差</w:t>
            </w:r>
          </w:p>
        </w:tc>
        <w:tc>
          <w:tcPr>
            <w:tcW w:type="dxa" w:w="4320"/>
          </w:tcPr>
          <w:p>
            <w:r>
              <w:t>&lt;0.04°</w:t>
            </w:r>
          </w:p>
        </w:tc>
      </w:tr>
      <w:tr>
        <w:tc>
          <w:tcPr>
            <w:tcW w:type="dxa" w:w="4320"/>
          </w:tcPr>
          <w:p>
            <w:r>
              <w:t>位置更新频率</w:t>
            </w:r>
          </w:p>
        </w:tc>
        <w:tc>
          <w:tcPr>
            <w:tcW w:type="dxa" w:w="4320"/>
          </w:tcPr>
          <w:p>
            <w:r>
              <w:t>&gt;50KHz</w:t>
            </w:r>
          </w:p>
        </w:tc>
      </w:tr>
      <w:tr>
        <w:tc>
          <w:tcPr>
            <w:tcW w:type="dxa" w:w="4320"/>
          </w:tcPr>
          <w:p>
            <w:r>
              <w:t>接口协议</w:t>
            </w:r>
          </w:p>
        </w:tc>
        <w:tc>
          <w:tcPr>
            <w:tcW w:type="dxa" w:w="4320"/>
          </w:tcPr>
          <w:p>
            <w:r>
              <w:t>RS485</w:t>
            </w:r>
          </w:p>
        </w:tc>
      </w:tr>
      <w:tr>
        <w:tc>
          <w:tcPr>
            <w:tcW w:type="dxa" w:w="4320"/>
          </w:tcPr>
          <w:p>
            <w:r>
              <w:t>接口设计</w:t>
            </w:r>
          </w:p>
        </w:tc>
        <w:tc>
          <w:tcPr>
            <w:tcW w:type="dxa" w:w="4320"/>
          </w:tcPr>
          <w:p>
            <w:r>
              <w:t>全差分接口设计，抗干扰能力强</w:t>
            </w:r>
          </w:p>
        </w:tc>
      </w:tr>
    </w:tbl>
    <w:p>
      <w:pPr>
        <w:pStyle w:val="Heading4"/>
      </w:pPr>
      <w:r>
        <w:t>产品型号</w:t>
      </w:r>
    </w:p>
    <w:p>
      <w:r>
        <w:t>• 产品系列eCoder零差云控编码器系列</w:t>
      </w:r>
    </w:p>
    <w:p>
      <w:r>
        <w:t>• 编码器尺寸6511内径11mm，外径30mm18内径18mm，外径33.5mm20内径20mm，外径33.5mm35内径35mm，外径55mm35H内径35mm，外径55mm45内径45mm，外径64mm65内径65mm，外径84mm内径65mm，外径84mm</w:t>
      </w:r>
    </w:p>
    <w:p>
      <w:r>
        <w:t>• 码盘类型SS单圈绝对值M多圈绝对值单圈绝对值</w:t>
      </w:r>
    </w:p>
    <w:p>
      <w:r>
        <w:t>• 通信类型RRRS485串口通信RS485串口通信</w:t>
      </w:r>
    </w:p>
    <w:p>
      <w:r>
        <w:t>• 分辨率20B17B17位分辨率18B18位分辨率19B19位分辨率20B20位分辨率21B21位分辨率20位分辨率</w:t>
      </w:r>
    </w:p>
    <w:p>
      <w:pPr>
        <w:pStyle w:val="Heading3"/>
      </w:pPr>
      <w:r>
        <w:t>产品型号参数剖析</w:t>
      </w:r>
    </w:p>
    <w:p>
      <w:pPr>
        <w:pStyle w:val="Heading5"/>
      </w:pPr>
      <w:r>
        <w:t>（以eCoder65S-R20B为例）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>
        <w:tc>
          <w:tcPr>
            <w:tcW w:type="dxa" w:w="617"/>
          </w:tcPr>
          <w:p>
            <w:r>
              <w:t>eCoder</w:t>
            </w:r>
          </w:p>
        </w:tc>
        <w:tc>
          <w:tcPr>
            <w:tcW w:type="dxa" w:w="617"/>
          </w:tcPr>
          <w:p>
            <w:r>
              <w:t>本公司在售编码器系列产品命名的前缀。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65</w:t>
            </w:r>
          </w:p>
        </w:tc>
        <w:tc>
          <w:tcPr>
            <w:tcW w:type="dxa" w:w="617"/>
          </w:tcPr>
          <w:p>
            <w:r>
              <w:t>指编码器中间的通孔直径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S</w:t>
            </w:r>
          </w:p>
        </w:tc>
        <w:tc>
          <w:tcPr>
            <w:tcW w:type="dxa" w:w="617"/>
          </w:tcPr>
          <w:p>
            <w:r>
              <w:t>多圈绝对值编码器（M）可在未通电的情况下持续记录运行角度，多圈功能需要电池并在包装内提供；单圈编码器（S）的在启动时，只能提供输出端的角度绝对值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R</w:t>
            </w:r>
          </w:p>
        </w:tc>
        <w:tc>
          <w:tcPr>
            <w:tcW w:type="dxa" w:w="617"/>
          </w:tcPr>
          <w:p>
            <w:r>
              <w:t>编码器与关节的通信类型R表示采用RS485串口通信通信协议详见手册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即表示编码器的分辨率分辨率支持型号17B支持全部型号18B支持全部型号19B支持全部型号20B支持eCoder35/45/65/35H21B仅支持eCoder35H</w:t>
            </w:r>
          </w:p>
        </w:tc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</w:tr>
      <w:tr>
        <w:tc>
          <w:tcPr>
            <w:tcW w:type="dxa" w:w="617"/>
          </w:tcPr>
          <w:p>
            <w:r>
              <w:t>分辨率</w:t>
            </w:r>
          </w:p>
        </w:tc>
        <w:tc>
          <w:tcPr>
            <w:tcW w:type="dxa" w:w="617"/>
          </w:tcPr>
          <w:p>
            <w:r>
              <w:t>支持型号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17B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18B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19B</w:t>
            </w:r>
          </w:p>
        </w:tc>
        <w:tc>
          <w:tcPr>
            <w:tcW w:type="dxa" w:w="617"/>
          </w:tcPr>
          <w:p>
            <w:r>
              <w:t>支持全部型号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20B</w:t>
            </w:r>
          </w:p>
        </w:tc>
        <w:tc>
          <w:tcPr>
            <w:tcW w:type="dxa" w:w="617"/>
          </w:tcPr>
          <w:p>
            <w:r>
              <w:t>支持eCoder35/45/65/35H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  <w:tr>
        <w:tc>
          <w:tcPr>
            <w:tcW w:type="dxa" w:w="617"/>
          </w:tcPr>
          <w:p>
            <w:r>
              <w:t>21B</w:t>
            </w:r>
          </w:p>
        </w:tc>
        <w:tc>
          <w:tcPr>
            <w:tcW w:type="dxa" w:w="617"/>
          </w:tcPr>
          <w:p>
            <w:r>
              <w:t>仅支持eCoder35H</w:t>
            </w:r>
          </w:p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  <w:tc>
          <w:tcPr>
            <w:tcW w:type="dxa" w:w="617"/>
          </w:tcPr>
          <w:p/>
        </w:tc>
      </w:tr>
    </w:tbl>
    <w:p>
      <w:pPr>
        <w:pStyle w:val="Heading3"/>
      </w:pPr>
      <w:r>
        <w:t>资料下载</w:t>
      </w:r>
    </w:p>
    <w:p>
      <w:r>
        <w:t>• eCoder编码器手册eCoder65_2D安装图纸eCoder65_3D模型产品使用资料下载</w:t>
      </w:r>
    </w:p>
    <w:p>
      <w:pPr>
        <w:pStyle w:val="Heading3"/>
      </w:pPr>
      <w:r>
        <w:t>联系我们</w:t>
      </w:r>
    </w:p>
    <w:p>
      <w:r>
        <w:t>售前咨询：电话：134 8079 6208邮箱：sales@zeroerr.com</w:t>
      </w:r>
    </w:p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4114800" cy="4033800"/>
            <wp:docPr id="83" name="Picture 8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f4ecaec1150a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4033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r>
        <w:br w:type="page"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Relationship Id="rId33" Type="http://schemas.openxmlformats.org/officeDocument/2006/relationships/image" Target="media/image25.png"/><Relationship Id="rId34" Type="http://schemas.openxmlformats.org/officeDocument/2006/relationships/image" Target="media/image26.png"/><Relationship Id="rId35" Type="http://schemas.openxmlformats.org/officeDocument/2006/relationships/image" Target="media/image27.png"/><Relationship Id="rId36" Type="http://schemas.openxmlformats.org/officeDocument/2006/relationships/image" Target="media/image28.png"/><Relationship Id="rId37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