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资料下载全集</w:t>
      </w:r>
    </w:p>
    <w:p>
      <w:r>
        <w:rPr>
          <w:i/>
        </w:rPr>
        <w:t>生成时间: 2026-01-29 17:17:36</w:t>
      </w:r>
    </w:p>
    <w:p>
      <w:r>
        <w:t>本文档汇总了零差云控官网的所有资料下载内容，共 1 篇。</w:t>
      </w:r>
    </w:p>
    <w:p>
      <w:r>
        <w:br w:type="page"/>
      </w:r>
    </w:p>
    <w:p>
      <w:pPr>
        <w:pStyle w:val="Heading1"/>
      </w:pPr>
      <w:r>
        <w:t>零差云控</w:t>
      </w:r>
    </w:p>
    <w:p>
      <w:r>
        <w:rPr>
          <w:i/>
        </w:rPr>
        <w:t>原文链接: https://www.zeroerr.cn/download/77.html</w:t>
      </w:r>
    </w:p>
    <w:p>
      <w:pPr>
        <w:pStyle w:val="Heading3"/>
      </w:pPr>
      <w:r>
        <w:t>零差云控机器人关节、编码器、驱动器等产品使用资料支持用户自由下载，</w:t>
      </w:r>
    </w:p>
    <w:p>
      <w:pPr>
        <w:pStyle w:val="Heading3"/>
      </w:pPr>
      <w:r>
        <w:t>只需关注零差云控微信公众号，即可获取最新资料下载链接。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572000" cy="2931367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2556971ca783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931367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2"/>
      </w:pPr>
      <w:r>
        <w:t>如何下载零差云控最新产品使用资料？</w:t>
      </w:r>
    </w:p>
    <w:p>
      <w:pPr>
        <w:pStyle w:val="Heading3"/>
      </w:pPr>
      <w:r>
        <w:t>零差云控机器人关节、编码器、驱动器等产品使用资料支持用户自由下载，</w:t>
      </w:r>
    </w:p>
    <w:p>
      <w:pPr>
        <w:pStyle w:val="Heading3"/>
      </w:pPr>
      <w:r>
        <w:t>只需关注零差云控微信公众号，即可获取最新资料下载链接。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572000" cy="2931367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2556971ca783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931367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ListBullet"/>
      </w:pPr>
      <w:r>
        <w:t>上一篇：返回列表</w:t>
      </w:r>
    </w:p>
    <w:p>
      <w:pPr>
        <w:pStyle w:val="ListBullet"/>
      </w:pPr>
      <w:r>
        <w:t>下一篇：技术支持与售后</w:t>
      </w:r>
    </w:p>
    <w:p>
      <w:pPr>
        <w:pStyle w:val="Heading3"/>
      </w:pPr>
      <w:r>
        <w:t>资讯中心</w:t>
      </w:r>
    </w:p>
    <w:p>
      <w:pPr>
        <w:pStyle w:val="Heading3"/>
      </w:pPr>
      <w:r>
        <w:t>产品中心</w:t>
      </w:r>
    </w:p>
    <w:p>
      <w:pPr>
        <w:pStyle w:val="Heading3"/>
      </w:pPr>
      <w:r>
        <w:t>联系我们</w:t>
      </w:r>
    </w:p>
    <w:p>
      <w:r>
        <w:t>售前咨询：电话：134 8079 6208邮箱：sales@zeroerr.com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572000" cy="4482000"/>
            <wp:docPr id="3" name="Picture 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d4aba3dc3336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44820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 w:type="page"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Relationship Id="rId10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